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Zanzibar, Tanzania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Zanzibar blends Arab, Swahili, and colonial influences into a UNESCO-listed Stone Town maze — coral-stone palaces, carved doors, spice-scented alleys, and warm Indian Ocean waters all within a short tender ride.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in harbor) · 🕒 Typical call: 8-10 hrs · 💵 Tanzanian Shilling / USD widely accepted · 🗣️ Swahili &amp;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anchor offshore; passengers tendered to Zanzibar Port quay at Stone Town's edge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tender dock into Stone Town UNESCO core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spice culture, giant tortoises, Indian Ocean snorkeling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Old Slave Market &amp; Christ Church Cathedral, Forodhani Gardens, Prison Island tortoises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USD — Taxis wait at the port and charge a flat negotiated rate per vehicle (not per person). Always agree on the fare before 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Stone Town Walking Tour — </w:t>
      </w:r>
      <w:r>
        <w:rPr>
          <w:rFonts w:ascii="Arial" w:hAnsi="Arial" w:cs="Arial"/>
          <w:b w:val="0"/>
          <w:i w:val="0"/>
          <w:sz w:val="20"/>
        </w:rPr>
        <w:t>Guided walk through the UNESCO-listed core: Old Slave Market, Christ Church Cathedral, House of Wonders (Beit-al-Ajaib), Old Fort…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Prison Island &amp; Giant Tortoises — </w:t>
      </w:r>
      <w:r>
        <w:rPr>
          <w:rFonts w:ascii="Arial" w:hAnsi="Arial" w:cs="Arial"/>
          <w:b w:val="0"/>
          <w:i w:val="0"/>
          <w:sz w:val="20"/>
        </w:rPr>
        <w:t>A 20-minute dhow or speedboat ride to Changuu (Prison Island) brings you face-to-face with Aldabra giant tortoises — some over…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Spice Farm Tour — </w:t>
      </w:r>
      <w:r>
        <w:rPr>
          <w:rFonts w:ascii="Arial" w:hAnsi="Arial" w:cs="Arial"/>
          <w:b w:val="0"/>
          <w:i w:val="0"/>
          <w:sz w:val="20"/>
        </w:rPr>
        <w:t>Zanzibar earned its 'Spice Island' name from centuries of clove, cinnamon, cardamom, and vanilla cultivation.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Jozani Forest &amp; Red Colobus Monkeys — </w:t>
      </w:r>
      <w:r>
        <w:rPr>
          <w:rFonts w:ascii="Arial" w:hAnsi="Arial" w:cs="Arial"/>
          <w:b w:val="0"/>
          <w:i w:val="0"/>
          <w:sz w:val="20"/>
        </w:rPr>
        <w:t>Tanzania's only national park on Zanzibar protects the rare endemic Zanzibar Red Colobus monkey.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Sunset Dhow Cruise — </w:t>
      </w:r>
      <w:r>
        <w:rPr>
          <w:rFonts w:ascii="Arial" w:hAnsi="Arial" w:cs="Arial"/>
          <w:b w:val="0"/>
          <w:i w:val="0"/>
          <w:sz w:val="20"/>
        </w:rPr>
        <w:t>Traditional wooden dhow sail along Stone Town's seafront as the sun drops over the Indian Ocean.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Stone Town Heritage Loop: </w:t>
      </w:r>
      <w:r>
        <w:rPr>
          <w:rFonts w:ascii="Arial" w:hAnsi="Arial" w:cs="Arial"/>
          <w:b w:val="0"/>
          <w:i w:val="0"/>
          <w:sz w:val="20"/>
        </w:rPr>
        <w:t>2–3 km · 1.5–2 hrs · Easy · Paved alleys — Start at the Old Fort (Ngome Kongwe) on Mizingani Road, walk to the House of Wonders next door…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Stroll — Mizingani Road: </w:t>
      </w:r>
      <w:r>
        <w:rPr>
          <w:rFonts w:ascii="Arial" w:hAnsi="Arial" w:cs="Arial"/>
          <w:b w:val="0"/>
          <w:i w:val="0"/>
          <w:sz w:val="20"/>
        </w:rPr>
        <w:t>1 km · 20 min · Very easy · Flat seafront — A breezy flat walk along the harbor front from the tender quay north along Mizingani Road, passing…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6:24AM–6:14PM · Jul 6:35AM–6:22PM · Sep 6:16AM–6:20PM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cruiseports.org/zanzibar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Zanzibar, Tanzania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zanziba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Joseph's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Spice Route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SISO SPICE FARM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Fort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Cheetah's Rock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Nakupenda Island Beach Tours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