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Zakynthos Island, Ionian Islands,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'Flower of the East' delivers electric-blue seas, a rusting shipwreck framed by white cliffs, and endangered sea turtles nesting on its southern shores.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6-10 hrs · 💶 Currency: Euro (€) · 🗣️ Language: Greek · 🐢 Sea turtle nesting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boats transfer to the town harbor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1-2 min from tender pier to Solomos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Boat excursions to Navagio &amp; Blue Caves, sea-turtle spotting, Venetian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Cliffside viewpoint over Shipwreck Beach (Navagio) — 50-60 min drive each 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€13–€25 — Taxis are available at the port and can take you to Zakynthos Town in about 5–10 minutes. Fixed-rate fares are common; 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Navagio Shipwreck Bay &amp; Blue Caves Boat Tour — </w:t>
      </w:r>
      <w:r>
        <w:rPr>
          <w:rFonts w:ascii="Arial" w:hAnsi="Arial" w:cs="Arial"/>
          <w:b w:val="0"/>
          <w:i w:val="0"/>
          <w:sz w:val="20"/>
        </w:rPr>
        <w:t>The signature excursion: a boat trip to the stunning Navagio Bay to view the rusting MV Panagiotis shipwreck from the water…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Turtle Spotting — Marathonisi (Turtle Island) — </w:t>
      </w:r>
      <w:r>
        <w:rPr>
          <w:rFonts w:ascii="Arial" w:hAnsi="Arial" w:cs="Arial"/>
          <w:b w:val="0"/>
          <w:i w:val="0"/>
          <w:sz w:val="20"/>
        </w:rPr>
        <w:t>Head to Laganas Bay in the south, the most important Loggerhead sea turtle nesting area in the Mediterranean.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Zakynthos Town &amp; Byzantine Museum — </w:t>
      </w:r>
      <w:r>
        <w:rPr>
          <w:rFonts w:ascii="Arial" w:hAnsi="Arial" w:cs="Arial"/>
          <w:b w:val="0"/>
          <w:i w:val="0"/>
          <w:sz w:val="20"/>
        </w:rPr>
        <w:t>Explore the arcaded Venetian streets of Zakynthos Town, visit the ornate Church of Agios Dionysios (resting place of the island's…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Navagio Cliffside Viewpoint Drive — </w:t>
      </w:r>
      <w:r>
        <w:rPr>
          <w:rFonts w:ascii="Arial" w:hAnsi="Arial" w:cs="Arial"/>
          <w:b w:val="0"/>
          <w:i w:val="0"/>
          <w:sz w:val="20"/>
        </w:rPr>
        <w:t>Drive or taxi to the dramatic cliffs on the northwest tip of the island for the famous panoramic shot of Navagio Beach from above.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Tsilivi Beach Day — </w:t>
      </w:r>
      <w:r>
        <w:rPr>
          <w:rFonts w:ascii="Arial" w:hAnsi="Arial" w:cs="Arial"/>
          <w:b w:val="0"/>
          <w:i w:val="0"/>
          <w:sz w:val="20"/>
        </w:rPr>
        <w:t>A long sandy beach 10-15 minutes north of the port by taxi (about €12-15 each way).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Zakynthos Town Harborfront &amp; Solomos Square: </w:t>
      </w:r>
      <w:r>
        <w:rPr>
          <w:rFonts w:ascii="Arial" w:hAnsi="Arial" w:cs="Arial"/>
          <w:b w:val="0"/>
          <w:i w:val="0"/>
          <w:sz w:val="20"/>
        </w:rPr>
        <w:t>30-45 min · Easy · Free — From the tender pier, stroll along the harbor promenade to Solomos Square, browse Alexandrou Roma…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Bochali Hill Viewpoint: </w:t>
      </w:r>
      <w:r>
        <w:rPr>
          <w:rFonts w:ascii="Arial" w:hAnsi="Arial" w:cs="Arial"/>
          <w:b w:val="0"/>
          <w:i w:val="0"/>
          <w:sz w:val="20"/>
        </w:rPr>
        <w:t>25-30 min uphill walk (or €7-10 taxi) · Moderate · Free — Climb (or taxi) to Bochali Hill above Zakynthos Town for sweeping views of the harbor, your cruise…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6:26AM–8:39PM · Jul 6:26AM–8:57PM · Sep 7:18AM–7:43PM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cruiseports.org/zakynthos-island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Zakynthos Island, Ionian Islands,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zakynth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Marine Park of Zakynthos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Pure Zante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Church of Panagia Skopiotissa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Solomos Square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Tsilivi Water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D. Solomos and Other Eminent People of Zakynthos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Banana Beach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