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Zadar, Dalmatia, Croatia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An ancient walled city jutting into the Adriatic, Zadar layers Roman columns onto Venetian streets — then ends each day with a sunset that Alfred Hitchcock once called the world's most beautiful. The Sea Organ plays it out loud.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(Gazenica terminal) · 🕒 Typical call: 8-10 hrs · 💵 Currency: Croatian Kuna / Euro (€) · 🗣️ Language: Croatian · 🏖️ Dalmatian coast gateway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Gazenica cruise terminal, ~3 km from the old town; shuttle buses usually provided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15 min by shuttle or taxi; old town is compact and flat once you arrive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Roman ruins, the Sea Organ, island day trips to Kornati and Dugi Otok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Sea Organ and Greeting to the Sun on the Riva at sunset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€10–€25 — Taxis available at the Gaženica cruise terminal. Agree on fare before departing; metered rides to Old Town typically €15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Kornati National Park Boat Trip — </w:t>
      </w:r>
      <w:r>
        <w:rPr>
          <w:rFonts w:ascii="Arial" w:hAnsi="Arial" w:cs="Arial"/>
          <w:b w:val="0"/>
          <w:i w:val="0"/>
          <w:sz w:val="20"/>
        </w:rPr>
        <w:t>The Kornati archipelago — 89 mostly uninhabited islands — sits an hour by boat from Zadar.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Roman Forum &amp; Old Town Walk — </w:t>
      </w:r>
      <w:r>
        <w:rPr>
          <w:rFonts w:ascii="Arial" w:hAnsi="Arial" w:cs="Arial"/>
          <w:b w:val="0"/>
          <w:i w:val="0"/>
          <w:sz w:val="20"/>
        </w:rPr>
        <w:t>Zadar's Roman Forum (Forum Zadar) is the largest on the eastern Adriatic coast — columns, paving stones, and a shaming post all…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Krka National Park &amp; Waterfalls — </w:t>
      </w:r>
      <w:r>
        <w:rPr>
          <w:rFonts w:ascii="Arial" w:hAnsi="Arial" w:cs="Arial"/>
          <w:b w:val="0"/>
          <w:i w:val="0"/>
          <w:sz w:val="20"/>
        </w:rPr>
        <w:t>The cascading travertine waterfalls of Krka National Park (Skradinski Buk) are 75 km south of Zadar.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Organ &amp; Greeting to the Sun — </w:t>
      </w:r>
      <w:r>
        <w:rPr>
          <w:rFonts w:ascii="Arial" w:hAnsi="Arial" w:cs="Arial"/>
          <w:b w:val="0"/>
          <w:i w:val="0"/>
          <w:sz w:val="20"/>
        </w:rPr>
        <w:t>Alfred Hitchcock called Zadar's sunset the world's most beautiful — architect Nikola Bašić built two installations to honor it.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Dugi Otok &amp; Saharun Beach — </w:t>
      </w:r>
      <w:r>
        <w:rPr>
          <w:rFonts w:ascii="Arial" w:hAnsi="Arial" w:cs="Arial"/>
          <w:b w:val="0"/>
          <w:i w:val="0"/>
          <w:sz w:val="20"/>
        </w:rPr>
        <w:t>Dugi Otok ('Long Island') is 45 minutes by fast catamaran from Zadar.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Roman Forum to the Sea Organ: </w:t>
      </w:r>
      <w:r>
        <w:rPr>
          <w:rFonts w:ascii="Arial" w:hAnsi="Arial" w:cs="Arial"/>
          <w:b w:val="0"/>
          <w:i w:val="0"/>
          <w:sz w:val="20"/>
        </w:rPr>
        <w:t>1.5 km · 45–60 min · Easy — The essential Zadar loop.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Kopnena Vrata to the Old Town Market: </w:t>
      </w:r>
      <w:r>
        <w:rPr>
          <w:rFonts w:ascii="Arial" w:hAnsi="Arial" w:cs="Arial"/>
          <w:b w:val="0"/>
          <w:i w:val="0"/>
          <w:sz w:val="20"/>
        </w:rPr>
        <w:t>0.8 km · 25 min · Easy — Enter through the Land Gate, pass the Five Wells Square (Trg pet bunara) — a 16th-century cistern…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5:32AM–8:18PM · Jul 5:30AM–8:39PM · Sep 6:38AM–7:09PM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cruiseports.org/zadar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Zadar, Dalmatia, Croatia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zada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St. Donatus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Kolovare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Ancient Glass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Plaža Podbrig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the Sacred Heart of Jesus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Borik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Sea Organ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Plaža Punta Rožica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