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Yorktown, Virginia,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American Revolution ended — Yorktown's Riverwalk Landing puts you steps from a 1781 battlefield and 20 minutes from Colonial Williamsburg, the world's largest living history museum.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8-10 hrs · 💵 USD · 🗣️ English · 🏛️ Historic Triangle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Riverwalk Landing Pier; larger vessels anchor ~1.75 miles offshore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to Yorktown Riverwalk; 10 min (uphill) to historic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history buffs, living history, walking the battlefield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Colonial Williamsburg's trade shops and the Yorktown Battlefield Visitor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$30–$40 — Taxis are available at the pier and can take you to Colonial Williamsburg (~14 miles). Several local companies serve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Williamsburg — </w:t>
      </w:r>
      <w:r>
        <w:rPr>
          <w:rFonts w:ascii="Arial" w:hAnsi="Arial" w:cs="Arial"/>
          <w:b w:val="0"/>
          <w:i w:val="0"/>
          <w:sz w:val="20"/>
        </w:rPr>
        <w:t>The world's largest living history museum spans 301 acres of restored 18th-century Virginia.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Yorktown Battlefield &amp; NPS Visitor Center — </w:t>
      </w:r>
      <w:r>
        <w:rPr>
          <w:rFonts w:ascii="Arial" w:hAnsi="Arial" w:cs="Arial"/>
          <w:b w:val="0"/>
          <w:i w:val="0"/>
          <w:sz w:val="20"/>
        </w:rPr>
        <w:t>Walk the very ground where Cornwallis surrendered to Washington in 1781, ending the Revolutionary War.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American Revolution Museum at Yorktown — </w:t>
      </w:r>
      <w:r>
        <w:rPr>
          <w:rFonts w:ascii="Arial" w:hAnsi="Arial" w:cs="Arial"/>
          <w:b w:val="0"/>
          <w:i w:val="0"/>
          <w:sz w:val="20"/>
        </w:rPr>
        <w:t>State-of-the-art museum with immersive holographic theater, a re-created Continental Army encampment, and a Revolutionary-era…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Jamestown Settlement — </w:t>
      </w:r>
      <w:r>
        <w:rPr>
          <w:rFonts w:ascii="Arial" w:hAnsi="Arial" w:cs="Arial"/>
          <w:b w:val="0"/>
          <w:i w:val="0"/>
          <w:sz w:val="20"/>
        </w:rPr>
        <w:t>America's first permanent English settlement (1607) lies 15 miles from Yorktown.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Yorktown Beach &amp; Riverwalk — </w:t>
      </w:r>
      <w:r>
        <w:rPr>
          <w:rFonts w:ascii="Arial" w:hAnsi="Arial" w:cs="Arial"/>
          <w:b w:val="0"/>
          <w:i w:val="0"/>
          <w:sz w:val="20"/>
        </w:rPr>
        <w:t>A calm, sandy beach on the York River is steps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Riverwalk to Historic Main Street: </w:t>
      </w:r>
      <w:r>
        <w:rPr>
          <w:rFonts w:ascii="Arial" w:hAnsi="Arial" w:cs="Arial"/>
          <w:b w:val="0"/>
          <w:i w:val="0"/>
          <w:sz w:val="20"/>
        </w:rPr>
        <w:t>~0.6 mi | 15 min | Moderate (uphill) — Stroll from the pier along the York River, then climb up to Main Street to see 18th-century homes…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Williamsburg Duke of Gloucester Street: </w:t>
      </w:r>
      <w:r>
        <w:rPr>
          <w:rFonts w:ascii="Arial" w:hAnsi="Arial" w:cs="Arial"/>
          <w:b w:val="0"/>
          <w:i w:val="0"/>
          <w:sz w:val="20"/>
        </w:rPr>
        <w:t>~0.75 mi end-to-end | Easy | Flat brick/gravel — The main spine of Colonial Williamsburg runs from the Capitol building through the historic…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5:57AM–8:07PM · Jul 5:58AM–8:25PM · Sep 6:48AM–7:13PM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cruiseports.org/yorktown-williamsburg-va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Yorktown, Virginia,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rktown-williamsburg-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Newport News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 of Yorktown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Busch Gardens Williamsburg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Cornwallis' Cave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Country USA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Nelson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Lee Hall Mansion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Riverwalk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