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Yorkeys Knob, Queensland,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Cairns' deep-water tender port, where Half Moon Bay marina drops you within striking distance of the world's largest coral reef and ancient rainforest — or just a cold beer on the biggest deck in Far North Queensland.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cruise pier) · 🕒 Typical call: 8-10 hrs · 💵 Australian Dollar (AUD) — tap-and-go everywhere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Trinity Bay; 15-20 min ride to Yorkeys Knob Boating Club marina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Yorkeys Knob Beach: 15 min walk. Cairns city: 20 min drive — not walkable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Great Barrier Reef dives, Kuranda rainforest, kitesurfing, fresh tropical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Skyrail Rainforest Cableway + Kuranda Scenic Railway combo (book months ahead)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AUD $50-70 one-way — Taxis wait at the marina on ship days. The ~17 km ride to Cairns city center takes 15–20 minutes. Fares are metered; fla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Great Barrier Reef Snorkel &amp; Dive — </w:t>
      </w:r>
      <w:r>
        <w:rPr>
          <w:rFonts w:ascii="Arial" w:hAnsi="Arial" w:cs="Arial"/>
          <w:b w:val="0"/>
          <w:i w:val="0"/>
          <w:sz w:val="20"/>
        </w:rPr>
        <w:t>High-speed catamarans from Cairns Reef Fleet Terminal (20 min from the marina) ferry you to pontoons or reef platforms where you…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Skyrail Cableway + Kuranda Scenic Railway — </w:t>
      </w:r>
      <w:r>
        <w:rPr>
          <w:rFonts w:ascii="Arial" w:hAnsi="Arial" w:cs="Arial"/>
          <w:b w:val="0"/>
          <w:i w:val="0"/>
          <w:sz w:val="20"/>
        </w:rPr>
        <w:t>Glide over the World Heritage rainforest canopy on the Skyrail from Smithfield (10 min drive), explore the bohemian village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Hartley's Crocodile Adventures — </w:t>
      </w:r>
      <w:r>
        <w:rPr>
          <w:rFonts w:ascii="Arial" w:hAnsi="Arial" w:cs="Arial"/>
          <w:b w:val="0"/>
          <w:i w:val="0"/>
          <w:sz w:val="20"/>
        </w:rPr>
        <w:t>Twenty-five minutes north, Hartley's is the best place in Australia to see massive saltwater crocodiles in action, hold a koala…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Kitesurfing Lesson at Yorkeys Knob Beach — </w:t>
      </w:r>
      <w:r>
        <w:rPr>
          <w:rFonts w:ascii="Arial" w:hAnsi="Arial" w:cs="Arial"/>
          <w:b w:val="0"/>
          <w:i w:val="0"/>
          <w:sz w:val="20"/>
        </w:rPr>
        <w:t>Yorkeys Knob is world-renowned for consistent trade winds and wide flat-water bays — a premier kitesurfing destination.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Daintree Rainforest &amp; Mossman Gorge — </w:t>
      </w:r>
      <w:r>
        <w:rPr>
          <w:rFonts w:ascii="Arial" w:hAnsi="Arial" w:cs="Arial"/>
          <w:b w:val="0"/>
          <w:i w:val="0"/>
          <w:sz w:val="20"/>
        </w:rPr>
        <w:t>The Daintree is the world's oldest tropical rainforest — older than the Amazon.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to Yorkeys Knob Beach: </w:t>
      </w:r>
      <w:r>
        <w:rPr>
          <w:rFonts w:ascii="Arial" w:hAnsi="Arial" w:cs="Arial"/>
          <w:b w:val="0"/>
          <w:i w:val="0"/>
          <w:sz w:val="20"/>
        </w:rPr>
        <w:t>1 km · 15 min · flat · free — Walk out from the boating club along the foreshore to Half Moon Bay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to Yorkeys Knob Lookout: </w:t>
      </w:r>
      <w:r>
        <w:rPr>
          <w:rFonts w:ascii="Arial" w:hAnsi="Arial" w:cs="Arial"/>
          <w:b w:val="0"/>
          <w:i w:val="0"/>
          <w:sz w:val="20"/>
        </w:rPr>
        <w:t>1.5 km · 25 min · moderate · free — Continue north along the beach and take the short rocky track up to the Yorkeys Knob headland for…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6:33AM–5:53PM · Jul 6:46AM–5:59PM · Sep 6:12AM–6:12PM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cruiseports.org/yorkeys-knob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Yorkeys Knob, Queensland,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yorkeys-knob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Skyrail Rainforest Cableway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Kuranda Original Rainforest Markets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Barron Falls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Smithfield Mountain Bike Park Trail head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Skypark Cairns by AJ Hackett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Henry Ross Lookout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Down Under Cruise &amp; Dive - Evolution Outer Reef Cruise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Palm Cove Jetty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