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Yeosu, Jeollanam-do, South Korea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Korea's "City of Beautiful Waters" — where the 2012 World Expo left behind a gleaming waterfront, Admiral Yi Sun-shin's Turtle Ships stand watch, and a sea-crossing cable car offers the finest panorama on the southern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(Yeosu Expo Cruise Terminal) · 🕒 Typical call: 7–10 hrs · 💵 South Korean Won (KRW) · 🗣️ Korean (English limited)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Yeosu Expo Cruise Terminal;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Yi Sun-shin Square ~3 km; taxi 7–10 min, ~₩5,000–7,000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seafood, coastal scenery, digital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Turtle Ship replica + Yeosu Maritime Cable Car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₩4,000–₩8,000 — Taxis queue directly outside the Yeosu Cruise Terminal at Expo Ocean Park. The meter starts at ₩3,800 and most rides to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Kakao T, k.ride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Yeosu Maritime Cable Car — </w:t>
      </w:r>
      <w:r>
        <w:rPr>
          <w:rFonts w:ascii="Arial" w:hAnsi="Arial" w:cs="Arial"/>
          <w:b w:val="0"/>
          <w:i w:val="0"/>
          <w:sz w:val="20"/>
        </w:rPr>
        <w:t>Korea's first sea-crossing cable car connects Jasan Park (near Odongdo) to Dolsan Park over open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Turtle Ship &amp; Yi Sun-shin Square — </w:t>
      </w:r>
      <w:r>
        <w:rPr>
          <w:rFonts w:ascii="Arial" w:hAnsi="Arial" w:cs="Arial"/>
          <w:b w:val="0"/>
          <w:i w:val="0"/>
          <w:sz w:val="20"/>
        </w:rPr>
        <w:t>Yeosu was the headquarters of Admiral Yi Sun-shin, Korea's greatest naval hero.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Odongdo Island Walk — </w:t>
      </w:r>
      <w:r>
        <w:rPr>
          <w:rFonts w:ascii="Arial" w:hAnsi="Arial" w:cs="Arial"/>
          <w:b w:val="0"/>
          <w:i w:val="0"/>
          <w:sz w:val="20"/>
        </w:rPr>
        <w:t>Cross the scenic 768-meter breakwater causeway (or hop the Dongbaek Train for ₩1,000) to this forested island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Arte Museum Yeosu — </w:t>
      </w:r>
      <w:r>
        <w:rPr>
          <w:rFonts w:ascii="Arial" w:hAnsi="Arial" w:cs="Arial"/>
          <w:b w:val="0"/>
          <w:i w:val="0"/>
          <w:sz w:val="20"/>
        </w:rPr>
        <w:t>Immersive digital art meets the ocean in this large-format media installation museum inside Expo Park — an easy walk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Goso-dong Wall Painting Village — </w:t>
      </w:r>
      <w:r>
        <w:rPr>
          <w:rFonts w:ascii="Arial" w:hAnsi="Arial" w:cs="Arial"/>
          <w:b w:val="0"/>
          <w:i w:val="0"/>
          <w:sz w:val="20"/>
        </w:rPr>
        <w:t>Yeosu's oldest hillside neighborhood is crisscrossed with steep alleys painted in vivid murals depicting the city's maritime…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Expo Waterfront to Odongdo Island: </w:t>
      </w:r>
      <w:r>
        <w:rPr>
          <w:rFonts w:ascii="Arial" w:hAnsi="Arial" w:cs="Arial"/>
          <w:b w:val="0"/>
          <w:i w:val="0"/>
          <w:sz w:val="20"/>
        </w:rPr>
        <w:t>2 km | 25 min | Flat paved path — Follow the coastal promenade from the cruise terminal past the Sky Tower and Expo pavilions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Yi Sun-shin Square &amp; Old Town: </w:t>
      </w:r>
      <w:r>
        <w:rPr>
          <w:rFonts w:ascii="Arial" w:hAnsi="Arial" w:cs="Arial"/>
          <w:b w:val="0"/>
          <w:i w:val="0"/>
          <w:sz w:val="20"/>
        </w:rPr>
        <w:t>3 km from port | Taxi recommended one-way — Taxi to Yi Sun-shin Square, explore the Turtle Ship replica, then walk north through the old market…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5:26AM–7:25PM · Jul 5:27AM–7:42PM · Sep 6:12AM–6:36PM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cruiseports.org/yeosu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Yeosu, Jeollanam-do, South Korea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yeos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Hamel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여수선사유적공원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Yeosu Seonso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진남체육공원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용기공원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Ungcheon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한산사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여수해양공원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