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Yasawa Island, Yasawa Islands,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Fiji's most remote and spectacular island chains, the Yasawas deliver untouched beaches, legendary limestone caves, and some of the Pacific's best manta ray encounters — all with no roads, no cars, and blissfully little else.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Fijian Dollar (FJD) · 🗣️ Fijian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 at Yasawairara or near Yasawa Island Resort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center; landing is at beach or resort; no roads or cars on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manta ray swims (May–Oct), cave exploration, village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Sawa-i-Lau limestone caves and the Blue Lagoon at Nanuya Levu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FJD 100–500+ per trip — Private boat charters can take you to nearby snorkeling sites, sea caves, or other beaches. Prices vary widely by distan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Sawa-i-Lau Limestone Caves — </w:t>
      </w:r>
      <w:r>
        <w:rPr>
          <w:rFonts w:ascii="Arial" w:hAnsi="Arial" w:cs="Arial"/>
          <w:b w:val="0"/>
          <w:i w:val="0"/>
          <w:sz w:val="20"/>
        </w:rPr>
        <w:t>Explore extraordinary limestone caverns in the northern Yasawas, featuring luminous saltwater swimming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Manta Rays at Drawaqa — </w:t>
      </w:r>
      <w:r>
        <w:rPr>
          <w:rFonts w:ascii="Arial" w:hAnsi="Arial" w:cs="Arial"/>
          <w:b w:val="0"/>
          <w:i w:val="0"/>
          <w:sz w:val="20"/>
        </w:rPr>
        <w:t>Between May and October, manta rays gather in a shallow channel off Drawaqa Island to feed.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at Nanuya Levu — </w:t>
      </w:r>
      <w:r>
        <w:rPr>
          <w:rFonts w:ascii="Arial" w:hAnsi="Arial" w:cs="Arial"/>
          <w:b w:val="0"/>
          <w:i w:val="0"/>
          <w:sz w:val="20"/>
        </w:rPr>
        <w:t>Visit the filming location of the 1980 movie 'The Blue Lagoon' — a stunningly clear turquoise lagoon with white-sand beaches…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Fijian Village Visit — </w:t>
      </w:r>
      <w:r>
        <w:rPr>
          <w:rFonts w:ascii="Arial" w:hAnsi="Arial" w:cs="Arial"/>
          <w:b w:val="0"/>
          <w:i w:val="0"/>
          <w:sz w:val="20"/>
        </w:rPr>
        <w:t>Visit a local village such as Naisisili on Nacula Island for a traditional welcome ceremony, kava tasting, and insight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Scuba Diving — </w:t>
      </w:r>
      <w:r>
        <w:rPr>
          <w:rFonts w:ascii="Arial" w:hAnsi="Arial" w:cs="Arial"/>
          <w:b w:val="0"/>
          <w:i w:val="0"/>
          <w:sz w:val="20"/>
        </w:rPr>
        <w:t>The Yasawa reefs are among Fiji's most pristine — vibrant coral gardens, tropical fish, and clear visibility make for exceptional…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Yasawairara Village Stroll: </w:t>
      </w:r>
      <w:r>
        <w:rPr>
          <w:rFonts w:ascii="Arial" w:hAnsi="Arial" w:cs="Arial"/>
          <w:b w:val="0"/>
          <w:i w:val="0"/>
          <w:sz w:val="20"/>
        </w:rPr>
        <w:t>Easy · ~1 km · 20–30 min — From the tender beach landing, a short walk brings you through Yasawairara, the main village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Nacula Island Ridge Walk: </w:t>
      </w:r>
      <w:r>
        <w:rPr>
          <w:rFonts w:ascii="Arial" w:hAnsi="Arial" w:cs="Arial"/>
          <w:b w:val="0"/>
          <w:i w:val="0"/>
          <w:sz w:val="20"/>
        </w:rPr>
        <w:t>Moderate · 2–3 hrs · guided recommended — On nearby Nacula Island, steep mountain ridge trails lead through lush vegetation to viewpoints…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6:18AM–6:01PM · Jun 6:36AM–5:44PM · Aug 6:28AM–6:00PM · Sep 6:05AM–6:04PM · Oct 5:42AM–6:09PM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matters: Tender queues can be long on small ships — check your ship's tender schedule and get your ticket early to maximize shore time.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Fijian Dollars (FJD): There are no ATMs on the Yasawa Islands. Exchange currency on your ship or in Nadi/Port Denarau before sailing.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Manta ray season: Manta ray encounters at Drawaqa Island are best May through October. Outside those months the channel may be empty — temper expectations.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cruiseports.org/yasawa-island-fiji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