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Yarmouth,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Acadian Shore, where Bay of Fundy tides, world-famous lobster, and a one-of-a-kind applecore lighthouse define one of Atlantic Canada's most welcoming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(Lobster Rock Marine Terminal) · 🕒 Typical call: 7-9 hrs · 💵 Canadian Dollar (USD widely accepted) · 🗣️ English &amp; French (Acadian) · 🦞 Lobster capital of Atlantic Canada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Lobster Rock Marine Terminal or Old Government Wharf; anchorage/tender also used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pier to Main Street; flat to slight uphill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Acadian culture, fresh lobster, lighthouse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Cape Forchu Lighthouse (applecore shape) and Rudder's brew pub on the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$11–14 — Several licensed taxis serve the port area, including Acadian Cab, Y-Town Cab, and Want More Taxi. Short rides within 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Forchu Lighthouse &amp; Leif Erikson Park — </w:t>
      </w:r>
      <w:r>
        <w:rPr>
          <w:rFonts w:ascii="Arial" w:hAnsi="Arial" w:cs="Arial"/>
          <w:b w:val="0"/>
          <w:i w:val="0"/>
          <w:sz w:val="20"/>
        </w:rPr>
        <w:t>One of the world's only 'applecore' lighthouses crowns a rugged headland 15 min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Yarmouth County Museum &amp; Archives — </w:t>
      </w:r>
      <w:r>
        <w:rPr>
          <w:rFonts w:ascii="Arial" w:hAnsi="Arial" w:cs="Arial"/>
          <w:b w:val="0"/>
          <w:i w:val="0"/>
          <w:sz w:val="20"/>
        </w:rPr>
        <w:t>Inside a striking Gothic Revival church, 20,000+ artifacts span Mi'kmaq heritage, the age of sail, and the Acadian expulsion.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Fresh Lobster &amp; Acadian Cuisine — </w:t>
      </w:r>
      <w:r>
        <w:rPr>
          <w:rFonts w:ascii="Arial" w:hAnsi="Arial" w:cs="Arial"/>
          <w:b w:val="0"/>
          <w:i w:val="0"/>
          <w:sz w:val="20"/>
        </w:rPr>
        <w:t>Yarmouth sits at the heart of Canada's most productive lobster fishery.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Working Lobster Boat Tour — Tusket Islands — </w:t>
      </w:r>
      <w:r>
        <w:rPr>
          <w:rFonts w:ascii="Arial" w:hAnsi="Arial" w:cs="Arial"/>
          <w:b w:val="0"/>
          <w:i w:val="0"/>
          <w:sz w:val="20"/>
        </w:rPr>
        <w:t>Board a real working lobster boat and haul traps with local fishermen.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Victorian Heritage Walking Tour — </w:t>
      </w:r>
      <w:r>
        <w:rPr>
          <w:rFonts w:ascii="Arial" w:hAnsi="Arial" w:cs="Arial"/>
          <w:b w:val="0"/>
          <w:i w:val="0"/>
          <w:sz w:val="20"/>
        </w:rPr>
        <w:t>Yarmouth boasts the largest collection of standing Victorian homes in Atlantic Canada, built by wealthy 19th-century sea captains.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Heritage Core: </w:t>
      </w:r>
      <w:r>
        <w:rPr>
          <w:rFonts w:ascii="Arial" w:hAnsi="Arial" w:cs="Arial"/>
          <w:b w:val="0"/>
          <w:i w:val="0"/>
          <w:sz w:val="20"/>
        </w:rPr>
        <w:t>1.5 km · 25-30 min · Easy — Stroll from the pier along Water Street past Rudder's Brew Pub and the 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Victorian Captains' District: </w:t>
      </w:r>
      <w:r>
        <w:rPr>
          <w:rFonts w:ascii="Arial" w:hAnsi="Arial" w:cs="Arial"/>
          <w:b w:val="0"/>
          <w:i w:val="0"/>
          <w:sz w:val="20"/>
        </w:rPr>
        <w:t>2 km · 35-40 min · Easy-moderate (slight hills) — From Main Street, head along Collins Street and Albert Street to admire the grand 19th-century sea…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5:58AM–8:43PM · Jul 5:56AM–9:03PM · Sep 7:04AM–7:34PM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cruiseports.org/yarmouth-ns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Yarmouth, Nova Scotia,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armouth-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Yarmouth County Museum and Archives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Forchu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Firefighters’ Museum of Nova Scotia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