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Yanbu Al-Bahr, Madinah Region, Saudi Arabia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Saudi Arabia's emerging Red Sea cruise port blends a 500-year-old coral-stone old town with some of the clearest, least-crowded dive sites on the planet. Tourism is new here — and locals are thrilled to welcome you.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8-10 hrs · 💵 Saudi Riyal (SAR) · 🗣️ Arabic (English widely understood in tourist areas) · 🌡️ Best Nov–Apr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Yanbu Commercial Port; large cruise ships dock directly,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 km to Yanbu Corniche; ~4 km to Old Town (Yanbu Al-Balad); taxis/Uber recommended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Red Sea diving &amp; snorkeling, Old Town history, authentic Saudi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Lawrence of Arabia House, Souq Al Layl night market, coral reef snorkeling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SAR 30–50 — Metered taxis are available outside the cruise terminal. The ride to Yanbu Al-Balad (old town) or city center takes abou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Careem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Yanbu Old Town (Al-Balad) Walk — </w:t>
      </w:r>
      <w:r>
        <w:rPr>
          <w:rFonts w:ascii="Arial" w:hAnsi="Arial" w:cs="Arial"/>
          <w:b w:val="0"/>
          <w:i w:val="0"/>
          <w:sz w:val="20"/>
        </w:rPr>
        <w:t>Wander lanes of 500-year-old coral-stone buildings, spot fossilized sea life embedded in the walls, browse Souq Al Layl,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Lawrence of Arabia House — </w:t>
      </w:r>
      <w:r>
        <w:rPr>
          <w:rFonts w:ascii="Arial" w:hAnsi="Arial" w:cs="Arial"/>
          <w:b w:val="0"/>
          <w:i w:val="0"/>
          <w:sz w:val="20"/>
        </w:rPr>
        <w:t>Visit the restored house where T.E.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Red Sea Snorkeling &amp; Diving — </w:t>
      </w:r>
      <w:r>
        <w:rPr>
          <w:rFonts w:ascii="Arial" w:hAnsi="Arial" w:cs="Arial"/>
          <w:b w:val="0"/>
          <w:i w:val="0"/>
          <w:sz w:val="20"/>
        </w:rPr>
        <w:t>Yanbu's reefs are among the least-crowded on the Red Sea.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Baridi Island Beach Escape — </w:t>
      </w:r>
      <w:r>
        <w:rPr>
          <w:rFonts w:ascii="Arial" w:hAnsi="Arial" w:cs="Arial"/>
          <w:b w:val="0"/>
          <w:i w:val="0"/>
          <w:sz w:val="20"/>
        </w:rPr>
        <w:t>A short boat ride from port, Baridi Island has powdery sand, turquoise shallows, and good snorkeling reefs — perfect if you want…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Yanbu Corniche &amp; Waterfront Stroll — </w:t>
      </w:r>
      <w:r>
        <w:rPr>
          <w:rFonts w:ascii="Arial" w:hAnsi="Arial" w:cs="Arial"/>
          <w:b w:val="0"/>
          <w:i w:val="0"/>
          <w:sz w:val="20"/>
        </w:rPr>
        <w:t>The modern corniche runs along the Red Sea with cafes, street food stalls, an outdoor amphitheater, and evening fountains.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Heritage Loop: </w:t>
      </w:r>
      <w:r>
        <w:rPr>
          <w:rFonts w:ascii="Arial" w:hAnsi="Arial" w:cs="Arial"/>
          <w:b w:val="0"/>
          <w:i w:val="0"/>
          <w:sz w:val="20"/>
        </w:rPr>
        <w:t>1.5 km loop • ~45 min • Easy • Mostly flat — Start at the historic Souq Al Layl, wind through coral-stone alleyways past traditional merchant…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Yanbu Corniche Promenade: </w:t>
      </w:r>
      <w:r>
        <w:rPr>
          <w:rFonts w:ascii="Arial" w:hAnsi="Arial" w:cs="Arial"/>
          <w:b w:val="0"/>
          <w:i w:val="0"/>
          <w:sz w:val="20"/>
        </w:rPr>
        <w:t>2 km one-way • ~30 min • Easy • Seafront — Walk north along the Corniche from Al-Salam Park to the Waterfront Theater.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5:45AM–7:03PM · Jul 5:49AM–7:17PM · Sep 6:14AM–6:31PM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cruiseports.org/yanbu-al-bahr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Yanbu Al-Bahr, Madinah Region, Saudi Arabia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yanbu-al-bah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Night market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Yanbu Cruise Pirs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yanbu cruise parking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