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Xiamen, Fujian,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China's most livable cities, Xiamen blends colonial-era European architecture on car-free Gulangyu Island with vibrant street food lanes, Buddhist temples, and sweeping views across the strait toward Taiwan.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(Dongdu Terminal) · 🕒 Typical call: 8-10 hrs · 💵 Chinese Yuan (RMB) — cashless via Alipay/WeChat · 🗣️ Mandarin/Minnan dialect · 🇨🇳 Visa or 144-hr transit waiver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Xiamen International Cruise Center (Dongdu Terminal), western Xiamen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metro Line 2 from Cruise Center Station reaches downtown in 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island day-trip, street food, Buddhist temples, Taiwan strait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Gulangyu Island ferry (book early!), satay noodles on Zhongshan Road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CNY 10–15 (~USD 1.50–2) — Metered taxis are plentiful outside the terminal. The city center is only ~3 km away, keeping fares near the base rate;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Gulangyu Island Day-Trip — </w:t>
      </w:r>
      <w:r>
        <w:rPr>
          <w:rFonts w:ascii="Arial" w:hAnsi="Arial" w:cs="Arial"/>
          <w:b w:val="0"/>
          <w:i w:val="0"/>
          <w:sz w:val="20"/>
        </w:rPr>
        <w:t>UNESCO World Heritage island just a short ferry hop from the cruise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Hulishan Fortress &amp; Krupp Cannon — </w:t>
      </w:r>
      <w:r>
        <w:rPr>
          <w:rFonts w:ascii="Arial" w:hAnsi="Arial" w:cs="Arial"/>
          <w:b w:val="0"/>
          <w:i w:val="0"/>
          <w:sz w:val="20"/>
        </w:rPr>
        <w:t>Qing Dynasty coastal fort (1894) with thick granite battlements and the world's largest preserved 19th-century German Krupp cannon.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Nanputuo Temple &amp; Wulao Mountain Hike — </w:t>
      </w:r>
      <w:r>
        <w:rPr>
          <w:rFonts w:ascii="Arial" w:hAnsi="Arial" w:cs="Arial"/>
          <w:b w:val="0"/>
          <w:i w:val="0"/>
          <w:sz w:val="20"/>
        </w:rPr>
        <w:t>Active Tang Dynasty Buddhist temple at the foot of Wulao Mountain — colorful roofs, lotus ponds, and resident monks.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Zhongshan Road Street Food Walk — </w:t>
      </w:r>
      <w:r>
        <w:rPr>
          <w:rFonts w:ascii="Arial" w:hAnsi="Arial" w:cs="Arial"/>
          <w:b w:val="0"/>
          <w:i w:val="0"/>
          <w:sz w:val="20"/>
        </w:rPr>
        <w:t>Xiamen's famous pedestrian boulevard lined with white colonial arcade buildings.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Xiamen University &amp; Baicheng Beach — </w:t>
      </w:r>
      <w:r>
        <w:rPr>
          <w:rFonts w:ascii="Arial" w:hAnsi="Arial" w:cs="Arial"/>
          <w:b w:val="0"/>
          <w:i w:val="0"/>
          <w:sz w:val="20"/>
        </w:rPr>
        <w:t>China's most beautiful university campus mixes Western and Chinese architecture around a scenic lakeside.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Zhongshan Road to the Waterfront: </w:t>
      </w:r>
      <w:r>
        <w:rPr>
          <w:rFonts w:ascii="Arial" w:hAnsi="Arial" w:cs="Arial"/>
          <w:b w:val="0"/>
          <w:i w:val="0"/>
          <w:sz w:val="20"/>
        </w:rPr>
        <w:t>1.5 km · 25 min · Easy · Metro start — Exit Metro Line 2 at Zhongshan Road Station and walk the full pedestrian boulevard of colonial…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Nanputuo Temple to Baicheng Beach: </w:t>
      </w:r>
      <w:r>
        <w:rPr>
          <w:rFonts w:ascii="Arial" w:hAnsi="Arial" w:cs="Arial"/>
          <w:b w:val="0"/>
          <w:i w:val="0"/>
          <w:sz w:val="20"/>
        </w:rPr>
        <w:t>1.8 km · 30 min · Easy · Coastal — Start at Nanputuo Temple, walk through the temple grounds, then follow the path past Xiamen…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5:24AM–6:43PM · Jul 5:28AM–6:58PM · Sep 5:54AM–6:11PM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cruiseports.org/xiamen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Xiamen, Fujian,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xiam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Xiamen Calligraphy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白鹭洲公园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Gulangyu Wharf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环岛路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万石山风景区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Putuo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