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Wyndham, Western Australia,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Wyndham sits where five wild rivers pour into the Cambridge Gulf — a frontier port town of 800 souls, ancient red gorges, and some of Australia's largest saltwater crocodiles. This is the Kimberley at its most raw.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(Anthon's Landing Jetty; tenders possible at low tide) · 🕒 Typical call: 6-8 hrs · 💵 Australian Dollar (AUD) · 🗣️ English · 🌡️ Extreme heat year-round — 35°C+ (95°F+)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Anthon's Landing Jetty — most expedition ships berth directly; tenders used when tidal conditions or berth occupancy require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Wyndham Port (old town) is immediately off the pier; Three Mile (main town) is 5 km away — shuttle or tour bus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Scenic flights over the Bungle Bungles, Five Rivers Lookout, outback wildlife, authentic frontier Australia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Five Rivers Lookout at sunrise — one of the most spectacular panoramas in Australia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AUD $15–$30 — A small number of local taxis serve Wyndham but must be pre-arranged — there are no street-hail cabs. Ask your cruise li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Five Rivers Lookout — </w:t>
      </w:r>
      <w:r>
        <w:rPr>
          <w:rFonts w:ascii="Arial" w:hAnsi="Arial" w:cs="Arial"/>
          <w:b w:val="0"/>
          <w:i w:val="0"/>
          <w:sz w:val="20"/>
        </w:rPr>
        <w:t>Drive up the steep Bastion Range road to 360 m above town for a panoramic view of the Ord, Forrest, King, Pentecost, and Durack…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Scenic Flight to the Bungle Bungles — </w:t>
      </w:r>
      <w:r>
        <w:rPr>
          <w:rFonts w:ascii="Arial" w:hAnsi="Arial" w:cs="Arial"/>
          <w:b w:val="0"/>
          <w:i w:val="0"/>
          <w:sz w:val="20"/>
        </w:rPr>
        <w:t>Fly over Purnululu National Park's iconic orange-and-black striped beehive domes — a UNESCO World Heritage Site.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Ord River Boat Cruise — </w:t>
      </w:r>
      <w:r>
        <w:rPr>
          <w:rFonts w:ascii="Arial" w:hAnsi="Arial" w:cs="Arial"/>
          <w:b w:val="0"/>
          <w:i w:val="0"/>
          <w:sz w:val="20"/>
        </w:rPr>
        <w:t>High-speed cruise along the Ord River between Lake Argyle and Kununurra, spotting freshwater crocodiles, flying foxes, brolgas…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El Questro Wilderness Park — </w:t>
      </w:r>
      <w:r>
        <w:rPr>
          <w:rFonts w:ascii="Arial" w:hAnsi="Arial" w:cs="Arial"/>
          <w:b w:val="0"/>
          <w:i w:val="0"/>
          <w:sz w:val="20"/>
        </w:rPr>
        <w:t>Day tour to this legendary Kimberley cattle station with deep sandstone gorges, the thermal Zebedee Springs, dramatic Emma Gorge…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Kununurra Day Trip — </w:t>
      </w:r>
      <w:r>
        <w:rPr>
          <w:rFonts w:ascii="Arial" w:hAnsi="Arial" w:cs="Arial"/>
          <w:b w:val="0"/>
          <w:i w:val="0"/>
          <w:sz w:val="20"/>
        </w:rPr>
        <w:t>About 1.5 hours away, Kununurra offers the Hoochery Distillery (WA's oldest legal rum), the Sandalwood Factory, local Aboriginal…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Wyndham Port Heritage Walk: </w:t>
      </w:r>
      <w:r>
        <w:rPr>
          <w:rFonts w:ascii="Arial" w:hAnsi="Arial" w:cs="Arial"/>
          <w:b w:val="0"/>
          <w:i w:val="0"/>
          <w:sz w:val="20"/>
        </w:rPr>
        <w:t>1.5 km loop · Flat · 30–45 min — From the jetty gate, walk to the historic Wyndham Port Cemetery, then past the Wyndham Town Club…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Three Mile Town Stroll: </w:t>
      </w:r>
      <w:r>
        <w:rPr>
          <w:rFonts w:ascii="Arial" w:hAnsi="Arial" w:cs="Arial"/>
          <w:b w:val="0"/>
          <w:i w:val="0"/>
          <w:sz w:val="20"/>
        </w:rPr>
        <w:t>1 km loop · Flat · 20–30 min (via shuttle) — Take the ship shuttle to Three Mile.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5:42AM–5:05PM · Jul 5:55AM–5:12PM · Sep 5:22AM–5:22PM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cruiseports.org/wyndham-wa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Wyndham, Western Australia,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yndham-w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Big Crocodile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Fishermans jetty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