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Whittier,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Tucked into the mountains at the head of Passage Canal, Whittier is Alaska's most singular port — a tiny Cold War town where most residents live in a single skyscraper, surrounded by waterfalls, glaciers, and the calm waters of Prince William Sound.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embark/debark day · 💵 USD · 🗣️ English · 🌧️ Very rainy — pack waterproofs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all ships dock (no tender). New Chugach Glacier Gateway Terminal (NCLH brands) + Old Dock (Princess &amp; Holland America).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flat walk from pier to harbor/town center (~0.3 miles, wheelchair accessible).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Glacier cruises on Prince William Sound, WWII history, kayaking, and dramatic Alaskan scenery.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26 Glacier Cruise with Phillips Cruises and the free Portage Pass Trail hike to Portage Glacier views.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Whittier Cruiser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26 Glacier Cruise — Prince William Sound — </w:t>
      </w:r>
      <w:r>
        <w:rPr>
          <w:rFonts w:ascii="Arial" w:hAnsi="Arial" w:cs="Arial"/>
          <w:b w:val="0"/>
          <w:i w:val="0"/>
          <w:sz w:val="20"/>
        </w:rPr>
        <w:t>Phillips Cruises' signature 26 Glacier Cruise takes you deep into Prince William Sound to see 26 named glaciers, including…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in Prince William Sound — </w:t>
      </w:r>
      <w:r>
        <w:rPr>
          <w:rFonts w:ascii="Arial" w:hAnsi="Arial" w:cs="Arial"/>
          <w:b w:val="0"/>
          <w:i w:val="0"/>
          <w:sz w:val="20"/>
        </w:rPr>
        <w:t>Paddle the famously calm, protected waters of Prince William Sound past waterfalls, near glacier faces, and alongside harbor…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Jet Ski Glacier Tour — </w:t>
      </w:r>
      <w:r>
        <w:rPr>
          <w:rFonts w:ascii="Arial" w:hAnsi="Arial" w:cs="Arial"/>
          <w:b w:val="0"/>
          <w:i w:val="0"/>
          <w:sz w:val="20"/>
        </w:rPr>
        <w:t>One of the few places in Alaska where you can ride a guided jet ski to the face of a glacier — a thrilling way to experience…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Whittier WWII Military History Tour — </w:t>
      </w:r>
      <w:r>
        <w:rPr>
          <w:rFonts w:ascii="Arial" w:hAnsi="Arial" w:cs="Arial"/>
          <w:b w:val="0"/>
          <w:i w:val="0"/>
          <w:sz w:val="20"/>
        </w:rPr>
        <w:t>Whittier was built as a secret Army port in WWII.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Spencer Glacier Float &amp; Train — </w:t>
      </w:r>
      <w:r>
        <w:rPr>
          <w:rFonts w:ascii="Arial" w:hAnsi="Arial" w:cs="Arial"/>
          <w:b w:val="0"/>
          <w:i w:val="0"/>
          <w:sz w:val="20"/>
        </w:rPr>
        <w:t>Take the Alaska Railroad Glacier Discovery train from Whittier to the Spencer Whistle Stop, then float the Placer River through…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&amp; Town Stroll: </w:t>
      </w:r>
      <w:r>
        <w:rPr>
          <w:rFonts w:ascii="Arial" w:hAnsi="Arial" w:cs="Arial"/>
          <w:b w:val="0"/>
          <w:i w:val="0"/>
          <w:sz w:val="20"/>
        </w:rPr>
        <w:t>0.5 miles | 20 min | Easy | Flat — Walk from your pier along the waterfront to the small boat harbor, past tour operator docks, shops…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Portage Pass Trail: </w:t>
      </w:r>
      <w:r>
        <w:rPr>
          <w:rFonts w:ascii="Arial" w:hAnsi="Arial" w:cs="Arial"/>
          <w:b w:val="0"/>
          <w:i w:val="0"/>
          <w:sz w:val="20"/>
        </w:rPr>
        <w:t>4 miles round-trip | 2–3 hrs | Moderate | Views of Portage Glacier — Whittier's best free hike.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Whittier Creek &amp; Horsetail Falls: </w:t>
      </w:r>
      <w:r>
        <w:rPr>
          <w:rFonts w:ascii="Arial" w:hAnsi="Arial" w:cs="Arial"/>
          <w:b w:val="0"/>
          <w:i w:val="0"/>
          <w:sz w:val="20"/>
        </w:rPr>
        <w:t>0.75 miles | 20–30 min | Easy | Waterfall — A gentle stroll from town along Whittier Creek to Horsetail Falls, one of several dramatic…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cruiseports.org/whittier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Whittier, Alaska,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hitti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Prince William Sound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Phillips Cruises &amp; Tours, LLC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Portage Glacier Cruises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Portage Road Pass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Begich, Boggs Visitor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Portage Lake Overlook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Lu Young Public Beach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