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White Island (Whakaari), Bay of Plenty, New Zealand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A steaming stratovolcano rising from the Bay of Plenty, Whakaari / White Island is viewed from the ship's rail — an eerie lunar landscape of sulfur vents, acid lakes, and gannet colonies glimpsed at a respectful distance.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Scenic sail-by only (no landing) · 🕒 Typically 1-2 hrs at speed · 💵 NZD onshore · 🗣️ English / Te Reo Māori · 🌋 Active volcano — Volcanic Alert Level 2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Scenic cruising only — no pier, no tender, no landing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Location: </w:t>
      </w:r>
      <w:r>
        <w:rPr>
          <w:rFonts w:ascii="Arial" w:hAnsi="Arial" w:cs="Arial"/>
          <w:b w:val="0"/>
          <w:i w:val="0"/>
          <w:sz w:val="20"/>
        </w:rPr>
        <w:t>~48 km off North Island coast in the Bay of Plenty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Volcano photography, geology lectures, deck viewing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Steam plume at sunrise — spectacular from the upper deck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Deck Viewing &amp; Photography — </w:t>
      </w:r>
      <w:r>
        <w:rPr>
          <w:rFonts w:ascii="Arial" w:hAnsi="Arial" w:cs="Arial"/>
          <w:b w:val="0"/>
          <w:i w:val="0"/>
          <w:sz w:val="20"/>
        </w:rPr>
        <w:t>Position yourself on the upper decks or bow as the ship circles Whakaari.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Onboard Volcanic &amp; Māori History Lecture — </w:t>
      </w:r>
      <w:r>
        <w:rPr>
          <w:rFonts w:ascii="Arial" w:hAnsi="Arial" w:cs="Arial"/>
          <w:b w:val="0"/>
          <w:i w:val="0"/>
          <w:sz w:val="20"/>
        </w:rPr>
        <w:t>Most ships schedule a lecture to accompany the sail-by.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Helicopter Overflight (from Tauranga / Whakatāne) — </w:t>
      </w:r>
      <w:r>
        <w:rPr>
          <w:rFonts w:ascii="Arial" w:hAnsi="Arial" w:cs="Arial"/>
          <w:b w:val="0"/>
          <w:i w:val="0"/>
          <w:sz w:val="20"/>
        </w:rPr>
        <w:t>If your itinerary includes a nearby port call, a scenic helicopter flight over Whakaari lets you peer directly into the active…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Offshore Boat Charter (from Whakatāne) — </w:t>
      </w:r>
      <w:r>
        <w:rPr>
          <w:rFonts w:ascii="Arial" w:hAnsi="Arial" w:cs="Arial"/>
          <w:b w:val="0"/>
          <w:i w:val="0"/>
          <w:sz w:val="20"/>
        </w:rPr>
        <w:t>Boat charters depart from Whakatāne for close offshore viewing of the island — close enough to smell the sulfur.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Upper Deck Circuit (onboard): </w:t>
      </w:r>
      <w:r>
        <w:rPr>
          <w:rFonts w:ascii="Arial" w:hAnsi="Arial" w:cs="Arial"/>
          <w:b w:val="0"/>
          <w:i w:val="0"/>
          <w:sz w:val="20"/>
        </w:rPr>
        <w:t>~10 min loop • Flat • All fitness levels — Walk the ship's upper promenade or lido deck to get 360° views of the island as the ship circles.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11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12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13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7:04AM–5:10PM · Jul 7:23AM–5:11PM · Sep 6:12AM–6:01PM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cruiseports.org/white-island-nz · Confirm terminal &amp; all-aboard time with your ship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