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Westray Island, Orkney,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'Queen of the Isles' rewards those who make the journey — windswept clifftop puffin colonies, a 5,000-year-old carved figurine, and a ruined castle tied to Mary Queen of Scots await on this remote Orcadian gem.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deep-water berth) · 🕒 Typical call: 6–8 hrs · 💷 Currency: British Pound (GBP) · 🗣️ Language: English · 🐦 Best May–Aug for puffins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Pierowall Roadstead; tenders land at Gill Pier or Pierowall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~5 min from Gill Pier to Pierowall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Birdwatching, archaeology, empty beaches, Scottish island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Westray Heritage Centre (Orkney Venus figurine) &amp; puffins at Castle o' Burrian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~£4 first mile, £1.80/mile after — W. I. Rendall offers an informal taxi service bookable by phone. Orkney-regulated fares apply; pre-booking is strongly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Puffin Watch at Castle o' Burrian — </w:t>
      </w:r>
      <w:r>
        <w:rPr>
          <w:rFonts w:ascii="Arial" w:hAnsi="Arial" w:cs="Arial"/>
          <w:b w:val="0"/>
          <w:i w:val="0"/>
          <w:sz w:val="20"/>
        </w:rPr>
        <w:t>A sea stack on the southeast coast hosts hundreds of puffins from May to August.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Westray Heritage Centre &amp; The Orkney Venus — </w:t>
      </w:r>
      <w:r>
        <w:rPr>
          <w:rFonts w:ascii="Arial" w:hAnsi="Arial" w:cs="Arial"/>
          <w:b w:val="0"/>
          <w:i w:val="0"/>
          <w:sz w:val="20"/>
        </w:rPr>
        <w:t>This community museum in Pierowall houses the 5,000-year-old 'Westray Wife' — the earliest representation of a human face found…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Noltland Castle — </w:t>
      </w:r>
      <w:r>
        <w:rPr>
          <w:rFonts w:ascii="Arial" w:hAnsi="Arial" w:cs="Arial"/>
          <w:b w:val="0"/>
          <w:i w:val="0"/>
          <w:sz w:val="20"/>
        </w:rPr>
        <w:t>A striking 16th-century ruin built by Gilbert Balfour — a man linked to the murder of Lord Darnley, husband of Mary Queen of Scots.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Noup Head RSPB Seabird Reserve — </w:t>
      </w:r>
      <w:r>
        <w:rPr>
          <w:rFonts w:ascii="Arial" w:hAnsi="Arial" w:cs="Arial"/>
          <w:b w:val="0"/>
          <w:i w:val="0"/>
          <w:sz w:val="20"/>
        </w:rPr>
        <w:t>The island's northwest tip hosts over 40,000 nesting seabirds — gannets, kittiwakes, guillemots — along dramatic clay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Grobust Beach &amp; Links of Noltland — </w:t>
      </w:r>
      <w:r>
        <w:rPr>
          <w:rFonts w:ascii="Arial" w:hAnsi="Arial" w:cs="Arial"/>
          <w:b w:val="0"/>
          <w:i w:val="0"/>
          <w:sz w:val="20"/>
        </w:rPr>
        <w:t>White-sand dunes and turquoise water on the north coast, adjacent to an active Neolithic archaeological dig (Links of Noltland).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Gill Pier to Pierowall Village &amp; Heritage Centre: </w:t>
      </w:r>
      <w:r>
        <w:rPr>
          <w:rFonts w:ascii="Arial" w:hAnsi="Arial" w:cs="Arial"/>
          <w:b w:val="0"/>
          <w:i w:val="0"/>
          <w:sz w:val="20"/>
        </w:rPr>
        <w:t>1 mile round trip | 20 min | Flat &amp; paved — Walk the coastal road from Gill Pier into Pierowall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Pierowall to Noltland Castle: </w:t>
      </w:r>
      <w:r>
        <w:rPr>
          <w:rFonts w:ascii="Arial" w:hAnsi="Arial" w:cs="Arial"/>
          <w:b w:val="0"/>
          <w:i w:val="0"/>
          <w:sz w:val="20"/>
        </w:rPr>
        <w:t>2 miles round trip | 40 min | Gently rolling — From the village, follow the road southwest to the imposing ruin of Noltland Castle.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4:39AM–9:39PM · Jul 4:22AM–10:12PM · Sep 6:41AM–7:31PM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cruiseports.org/westray-island-scotland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Westray Island, Orkney,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stray-island-scot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Knap of Howar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Noup Head Lighthouse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