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Warren, Rhode Island,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England's best-kept waterfront secret — Warren pairs a beautifully preserved colonial working harbor with one of Rhode Island's top dining strips and the scenic East Bay Bike Path, all just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(Town Wharf, walk-off) · 🕒 Typical call: 6-8 hrs · 💵 USD · 🗣️ English · 🚶 Extremely walkable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small ships dock at Town Wharf; walk off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Water St dining is 1 min from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walks, cycling the East Bay Bike Path, seafood, local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Rhode Island Coffee Cabinet at Delekta's Pharmacy on Main 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local; $30–$45 to Providence — Local taxi and car services are available. A ride to Providence (approx. 11 miles) typically costs $30–$45; most in-town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Bay Bike Path — </w:t>
      </w:r>
      <w:r>
        <w:rPr>
          <w:rFonts w:ascii="Arial" w:hAnsi="Arial" w:cs="Arial"/>
          <w:b w:val="0"/>
          <w:i w:val="0"/>
          <w:sz w:val="20"/>
        </w:rPr>
        <w:t>One of New England's finest paved multi-use paths runs 14.5 miles from Providence to Bristol.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Water Street Walk — </w:t>
      </w:r>
      <w:r>
        <w:rPr>
          <w:rFonts w:ascii="Arial" w:hAnsi="Arial" w:cs="Arial"/>
          <w:b w:val="0"/>
          <w:i w:val="0"/>
          <w:sz w:val="20"/>
        </w:rPr>
        <w:t>Water Street is lined with 18th- and 19th-century buildings once home to sea captains and shipbuilders.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Wampanoag Heritage at Burr's Hill — </w:t>
      </w:r>
      <w:r>
        <w:rPr>
          <w:rFonts w:ascii="Arial" w:hAnsi="Arial" w:cs="Arial"/>
          <w:b w:val="0"/>
          <w:i w:val="0"/>
          <w:sz w:val="20"/>
        </w:rPr>
        <w:t>Burr's Hill Park sits on the ancestral Sowams land of the Wampanoag Nation — home of Massasoit Ousamequin, who met the Pilgrims…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Warren Food Trail — </w:t>
      </w:r>
      <w:r>
        <w:rPr>
          <w:rFonts w:ascii="Arial" w:hAnsi="Arial" w:cs="Arial"/>
          <w:b w:val="0"/>
          <w:i w:val="0"/>
          <w:sz w:val="20"/>
        </w:rPr>
        <w:t>For its size, Warren is a bona fide foodie destination.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Warren Town Beach &amp; Waterfront — </w:t>
      </w:r>
      <w:r>
        <w:rPr>
          <w:rFonts w:ascii="Arial" w:hAnsi="Arial" w:cs="Arial"/>
          <w:b w:val="0"/>
          <w:i w:val="0"/>
          <w:sz w:val="20"/>
        </w:rPr>
        <w:t>A quiet sandy beach on the Warren River at Burr's Hill Park, perfect for a peaceful sit with harbor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Street to Main Street Loop: </w:t>
      </w:r>
      <w:r>
        <w:rPr>
          <w:rFonts w:ascii="Arial" w:hAnsi="Arial" w:cs="Arial"/>
          <w:b w:val="0"/>
          <w:i w:val="0"/>
          <w:sz w:val="20"/>
        </w:rPr>
        <w:t>1.5 miles · 30-45 min · Easy — From Town Wharf, walk Water Street past the colonial captain's houses and the Blount Clam Shack…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Bay Bike Path to Bristol: </w:t>
      </w:r>
      <w:r>
        <w:rPr>
          <w:rFonts w:ascii="Arial" w:hAnsi="Arial" w:cs="Arial"/>
          <w:b w:val="0"/>
          <w:i w:val="0"/>
          <w:sz w:val="20"/>
        </w:rPr>
        <w:t>8 miles round-trip · 2-3 hrs · Easy (bike recommended) — Pick up the East Bay Bike Path near the waterfront and ride south through salt marshes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5:25AM–7:58PM · Jul 5:24AM–8:17PM · Sep 6:25AM–6:53PM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cruiseports.org/warren-ri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Warren, Rhode Island,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rren-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Roger Williams Park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Roger Williams Park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Battleship Cove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Seekonk Grand Prix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Providence Children's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Natural History and Planetarium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USS Massachusetts (BB-59)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Saints Peter &amp; Paul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