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Wala Island, Malekula, Vanuatu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coral islet off Malekula with no cars, no electricity, and some of the most genuinely warm welcomes in the Pacific — local string bands, flower leis, and wood-carvers who are among the best in Melanesia.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Australian Dollars (AUD) &amp; Vatu (VUV) · 🗣️ Bislama / English / French · 🏝️ Remote &amp; very low-key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between Wala &amp; Rano islands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Flat 5-min walk from tender jetty; entire island in 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Melanesian culture, beach, snorkeling, wood carvings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Traditional Custom Dances and the islanders' farewell singing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Traditional Custom Dances — </w:t>
      </w:r>
      <w:r>
        <w:rPr>
          <w:rFonts w:ascii="Arial" w:hAnsi="Arial" w:cs="Arial"/>
          <w:b w:val="0"/>
          <w:i w:val="0"/>
          <w:sz w:val="20"/>
        </w:rPr>
        <w:t>Performers from Wala and mainland Malekula's Small Nambas group put on traditional dances in grass-and-leaf attire near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Fringing Reef — </w:t>
      </w:r>
      <w:r>
        <w:rPr>
          <w:rFonts w:ascii="Arial" w:hAnsi="Arial" w:cs="Arial"/>
          <w:b w:val="0"/>
          <w:i w:val="0"/>
          <w:sz w:val="20"/>
        </w:rPr>
        <w:t>Crystal-clear water just off the beach hides a healthy coral reef with clownfish, starfish, and reef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Nakamal Tour — </w:t>
      </w:r>
      <w:r>
        <w:rPr>
          <w:rFonts w:ascii="Arial" w:hAnsi="Arial" w:cs="Arial"/>
          <w:b w:val="0"/>
          <w:i w:val="0"/>
          <w:sz w:val="20"/>
        </w:rPr>
        <w:t>Hire a local guide near the pier to walk through the village, visit the nakamal (traditional meeting house), and learn about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Outrigger Canoe Ride — </w:t>
      </w:r>
      <w:r>
        <w:rPr>
          <w:rFonts w:ascii="Arial" w:hAnsi="Arial" w:cs="Arial"/>
          <w:b w:val="0"/>
          <w:i w:val="0"/>
          <w:sz w:val="20"/>
        </w:rPr>
        <w:t>Local fishermen offer short paddles around the bay in hand-carved traditional outrigger canoes.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&amp; Handicraft Market — </w:t>
      </w:r>
      <w:r>
        <w:rPr>
          <w:rFonts w:ascii="Arial" w:hAnsi="Arial" w:cs="Arial"/>
          <w:b w:val="0"/>
          <w:i w:val="0"/>
          <w:sz w:val="20"/>
        </w:rPr>
        <w:t>The white-sand beach near the landing is shaded and calm.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Loop Walk: </w:t>
      </w:r>
      <w:r>
        <w:rPr>
          <w:rFonts w:ascii="Arial" w:hAnsi="Arial" w:cs="Arial"/>
          <w:b w:val="0"/>
          <w:i w:val="0"/>
          <w:sz w:val="20"/>
        </w:rPr>
        <w:t>~2 km | 20–30 min | Flat, sandy/grass paths — From the tender jetty, follow the path through the village past the local school and church, along…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5:58AM–5:42PM · Jun 6:15AM–5:26PM · Aug 6:08AM–5:42PM · Sep 5:46AM–5:45PM · Oct 5:23AM–5:49PM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Small AUD notes only. Australian dollars are accepted everywhere; Vanuatu Vatu is the official currency but AUD is preferred. Locals cannot change $50 or $100…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your own snorkel gear. There are zero rental shops on the island. Pack a mask, snorkel, and fins from the ship if you plan to swim the reef.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Cover up in the village. Vanuatu is a conservative Christian society. Swimwear is fine on the beach, but wear a t-shirt and shorts (or a sarong) when walking…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cruiseports.org/wala-island-vanuatu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