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Wakayama City, Kansai,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underrated Kansai gem south of Osaka, Wakayama rewards cruise passengers with a hilltop castle, world-class tonkotsu-soy ramen, spiritual temple walks, and the story of Tama — the cat who saved a railway.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💴 Japanese Yen (JPY) · 🗣️ Japanese — limited English · 🚌 Shuttle bus to city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Wakayama Port (West Pier/Nishi-hama)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 or taxi required; Wakayamako Station 15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Castles, Japanese cuisine, spiritual sites, quirky experiences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Wakayama Castle, Wakayama Ramen, Kuroshio Market tuna show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~¥2,000–2,500 — Taxis wait at the port and reach the city center in about 15–20 minutes. The port is roughly 2–3 km from downtown; meter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Taxi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Wakayama Castle — </w:t>
      </w:r>
      <w:r>
        <w:rPr>
          <w:rFonts w:ascii="Arial" w:hAnsi="Arial" w:cs="Arial"/>
          <w:b w:val="0"/>
          <w:i w:val="0"/>
          <w:sz w:val="20"/>
        </w:rPr>
        <w:t>A striking white tenshu atop Mt.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Wakayama Ramen &amp; Kuroshio Market — </w:t>
      </w:r>
      <w:r>
        <w:rPr>
          <w:rFonts w:ascii="Arial" w:hAnsi="Arial" w:cs="Arial"/>
          <w:b w:val="0"/>
          <w:i w:val="0"/>
          <w:sz w:val="20"/>
        </w:rPr>
        <w:t>Wakayama's famous Chuki-soba is a rich tonkotsu-soy broth served with Hayazushi (pressed mackerel sushi) on the side — eaten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Kimiidera Temple — </w:t>
      </w:r>
      <w:r>
        <w:rPr>
          <w:rFonts w:ascii="Arial" w:hAnsi="Arial" w:cs="Arial"/>
          <w:b w:val="0"/>
          <w:i w:val="0"/>
          <w:sz w:val="20"/>
        </w:rPr>
        <w:t>Founded in 770 AD, this temple requires climbing 231 stone steps (mini-cable car available for a fee) and rewards you with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Tama the Cat Stationmaster &amp; Kishigawa Line — </w:t>
      </w:r>
      <w:r>
        <w:rPr>
          <w:rFonts w:ascii="Arial" w:hAnsi="Arial" w:cs="Arial"/>
          <w:b w:val="0"/>
          <w:i w:val="0"/>
          <w:sz w:val="20"/>
        </w:rPr>
        <w:t>The Wakayama Electric Railway appointed a calico cat as stationmaster to save a bankrupt rural line — it worked.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Wakaura Bay &amp; Awashima Shrine — </w:t>
      </w:r>
      <w:r>
        <w:rPr>
          <w:rFonts w:ascii="Arial" w:hAnsi="Arial" w:cs="Arial"/>
          <w:b w:val="0"/>
          <w:i w:val="0"/>
          <w:sz w:val="20"/>
        </w:rPr>
        <w:t>Scenic bay area with the colorful lacquered Kishu Toshogu Shrine (108 steep steps) and the eerie Awashima Shrine, packed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Park Loop: </w:t>
      </w:r>
      <w:r>
        <w:rPr>
          <w:rFonts w:ascii="Arial" w:hAnsi="Arial" w:cs="Arial"/>
          <w:b w:val="0"/>
          <w:i w:val="0"/>
          <w:sz w:val="20"/>
        </w:rPr>
        <w:t>~1.5 km | Easy to moderate | 45-60 min — From the shuttle drop-off near Wakayama Castle, walk up through the castle park, cross the Ohashi…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Stroll: </w:t>
      </w:r>
      <w:r>
        <w:rPr>
          <w:rFonts w:ascii="Arial" w:hAnsi="Arial" w:cs="Arial"/>
          <w:b w:val="0"/>
          <w:i w:val="0"/>
          <w:sz w:val="20"/>
        </w:rPr>
        <w:t>~2 km | Easy | 30-45 min — From JR Wakayama Station or Wakayamashi Station, walk toward the castle area, stopping at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is king. Many ramen shops, temples, and local taxis are cash-only. Stock up at a 7-Eleven or Japan Post ATM — both accept foreign cards reliably.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Take the ship shuttle. The pier is in an industrial zone with nothing nearby. Cruise line shuttles to JR Wakayama Station or the castle save time and hassle.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Eat the ramen. Wakayama Chuki-soba (tonkotsu-soy broth) is a local legend. Ide Shoten is the most famous — expect a queue. Grab the mackerel Hayazushi on the…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cruiseports.org/wakayama-city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