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Waiheke Island, Auckland, New Zealand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New Zealand's celebrated island of wine drifts in the Hauraki Gulf just 40 minutes from Auckland — vineyards, white-sand beaches, and a bohemian creative soul packed into a single spectacular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(boutique/expedition ships) or ferry from Auckland · 🕒 Typical call: 7-9 hrs · 💵 NZD (cards accepted everywhere) · 🗣️ English · 🍷 Wine island — book vineyard lunches in advance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Expedition/luxury ships tender to Matiatia Wharf; most cruise lines dock in Auckland and ferry passengers over (40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Matiatia Wharf to Oneroa Village: 1.5 km, ~20-25 min (uphill) or 35 min via coastal track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touring, beaches, hiking, farm-to-table dining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 winery tasting with gulf views — book 2-3 months ahead in high season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NZD $10–$12 to Oneroa Village — Local operators Waiheke Five-O and Waiheke Easy Transport serve the terminal. The ride to Oneroa is about 3 minutes; far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Fullers360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Wine Country Tour — </w:t>
      </w:r>
      <w:r>
        <w:rPr>
          <w:rFonts w:ascii="Arial" w:hAnsi="Arial" w:cs="Arial"/>
          <w:b w:val="0"/>
          <w:i w:val="0"/>
          <w:sz w:val="20"/>
        </w:rPr>
        <w:t>Waiheke has 30+ boutique wineries producing world-class Bordeaux-style reds and Syrahs in its warm, sheltered microclimate.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Onetangi Beach Day — </w:t>
      </w:r>
      <w:r>
        <w:rPr>
          <w:rFonts w:ascii="Arial" w:hAnsi="Arial" w:cs="Arial"/>
          <w:b w:val="0"/>
          <w:i w:val="0"/>
          <w:sz w:val="20"/>
        </w:rPr>
        <w:t>The island's crown-jewel beach — a 2 km sweep of white sand with calm, clear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EcoZip Adventures — </w:t>
      </w:r>
      <w:r>
        <w:rPr>
          <w:rFonts w:ascii="Arial" w:hAnsi="Arial" w:cs="Arial"/>
          <w:b w:val="0"/>
          <w:i w:val="0"/>
          <w:sz w:val="20"/>
        </w:rPr>
        <w:t>Three dual ziplines over working vineyards and native forest from one of the island's highest viewpoints.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Matiatia to Oneroa Coastal Walk — </w:t>
      </w:r>
      <w:r>
        <w:rPr>
          <w:rFonts w:ascii="Arial" w:hAnsi="Arial" w:cs="Arial"/>
          <w:b w:val="0"/>
          <w:i w:val="0"/>
          <w:sz w:val="20"/>
        </w:rPr>
        <w:t>Free and spectacular — this clifftop track starts right at the ferry wharf and winds along the Hauraki Gulf coast to Oneroa…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Stony Batter Historic Reserve — </w:t>
      </w:r>
      <w:r>
        <w:rPr>
          <w:rFonts w:ascii="Arial" w:hAnsi="Arial" w:cs="Arial"/>
          <w:b w:val="0"/>
          <w:i w:val="0"/>
          <w:sz w:val="20"/>
        </w:rPr>
        <w:t>Waiheke's hidden military secret — WWII gun emplacements and tunnels drilled into the island's eastern hills, now open for…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Matiatia to Oneroa via Coastal Track: </w:t>
      </w:r>
      <w:r>
        <w:rPr>
          <w:rFonts w:ascii="Arial" w:hAnsi="Arial" w:cs="Arial"/>
          <w:b w:val="0"/>
          <w:i w:val="0"/>
          <w:sz w:val="20"/>
        </w:rPr>
        <w:t>1.5 km · 35 min · Moderate (clifftop, some steps) — Start at Matiatia Wharf and follow the coastal walkway signposts uphill toward the cliff edge.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Oneroa Village Stroll: </w:t>
      </w:r>
      <w:r>
        <w:rPr>
          <w:rFonts w:ascii="Arial" w:hAnsi="Arial" w:cs="Arial"/>
          <w:b w:val="0"/>
          <w:i w:val="0"/>
          <w:sz w:val="20"/>
        </w:rPr>
        <w:t>0.5 km loop · 30 min · Easy — Wander Ocean View Road through Oneroa's galleries, cafes, and the Alison Park sculpture trail.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7:10AM–5:20PM · Jul 7:29AM–5:21PM · Sep 6:20AM–6:10PM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cruiseports.org/waiheke-island-nz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Waiheke Island, Auckland, New Zealand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aiheke-island-nz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Waiheke Art Gallery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Cascades Waterfall - Waiheke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Omana Regional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Waiheke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Kennedy Point Vineyard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Shelley Beach Reserve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Whakanewha Regional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Sacred Blessing Sanctuary Garden &amp; Sculptures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