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Vlissingen, Zeeland, Netherlands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Birthplace of Admiral Michiel de Ruyter and home to the Netherlands' longest sea boulevard, Vlissingen surprises with sandy beaches, world-class ship-watching, and a charming medieval neighbor just ten minutes by train.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7–9 hrs · 💶 Euro (€) · 🗣️ Dutch (English widely spoken) · 🚂 Train to Middelburg: 10 min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Westerkade (Buitenhaven); very large ships use industrial Sloehaven with a shuttle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~15 min (1 km) from Westerkade to Bellamypark; Sloehaven requires shuttle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Ship-watching, beaches, maritime history, day trip to Middelburg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boulevard at high tide when 400-metre cargo ships pass within metres of the shore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€12–€17 — Taxis are readily available at the terminal and station. Fare to the city center (approx. 3–5 km) runs €12–€17; base cha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Middelburg Day Trip — </w:t>
      </w:r>
      <w:r>
        <w:rPr>
          <w:rFonts w:ascii="Arial" w:hAnsi="Arial" w:cs="Arial"/>
          <w:b w:val="0"/>
          <w:i w:val="0"/>
          <w:sz w:val="20"/>
        </w:rPr>
        <w:t>A 10-minute train ride takes you to the Zeeland capital: medieval canals, a 15th-century Gothic town hall, the soaring Lange Jan…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muZEEum — Zeeland Maritime Museum — </w:t>
      </w:r>
      <w:r>
        <w:rPr>
          <w:rFonts w:ascii="Arial" w:hAnsi="Arial" w:cs="Arial"/>
          <w:b w:val="0"/>
          <w:i w:val="0"/>
          <w:sz w:val="20"/>
        </w:rPr>
        <w:t>Set in historic 17th-century buildings including the Lampsins House, the muZEEum tells the story of Vlissingen's shipbuilding…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Boulevard Walk &amp; Ship-Watching — </w:t>
      </w:r>
      <w:r>
        <w:rPr>
          <w:rFonts w:ascii="Arial" w:hAnsi="Arial" w:cs="Arial"/>
          <w:b w:val="0"/>
          <w:i w:val="0"/>
          <w:sz w:val="20"/>
        </w:rPr>
        <w:t>The longest sea promenade in the Netherlands runs along the Westerschelde estuary.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Badstrand &amp; Nollestrand Beaches — </w:t>
      </w:r>
      <w:r>
        <w:rPr>
          <w:rFonts w:ascii="Arial" w:hAnsi="Arial" w:cs="Arial"/>
          <w:b w:val="0"/>
          <w:i w:val="0"/>
          <w:sz w:val="20"/>
        </w:rPr>
        <w:t>Vlissingen is the only Zeeland city with a beach directly against its center.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Ferry to Breskens &amp; Bike Loop — </w:t>
      </w:r>
      <w:r>
        <w:rPr>
          <w:rFonts w:ascii="Arial" w:hAnsi="Arial" w:cs="Arial"/>
          <w:b w:val="0"/>
          <w:i w:val="0"/>
          <w:sz w:val="20"/>
        </w:rPr>
        <w:t>A ~20-minute foot-and-bike ferry across the Westerschelde drops you in Breskens, in Zeelandic Flanders (the Dutch mainland south…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Boulevard &amp; Old Town Loop: </w:t>
      </w:r>
      <w:r>
        <w:rPr>
          <w:rFonts w:ascii="Arial" w:hAnsi="Arial" w:cs="Arial"/>
          <w:b w:val="0"/>
          <w:i w:val="0"/>
          <w:sz w:val="20"/>
        </w:rPr>
        <w:t>2–3 km · 45–60 min · Easy, flat — From the pier walk to Bellamypark (the central square), then follow the boulevard west past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Windorgel at Nolledijk: </w:t>
      </w:r>
      <w:r>
        <w:rPr>
          <w:rFonts w:ascii="Arial" w:hAnsi="Arial" w:cs="Arial"/>
          <w:b w:val="0"/>
          <w:i w:val="0"/>
          <w:sz w:val="20"/>
        </w:rPr>
        <w:t>3 km one-way · 40 min · Easy — Walk the full length of Boulevard de Ruyter to the tip of the Nolledijk headland.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5:54AM–9:30PM · Jul 5:47AM–9:55PM · Sep 7:21AM–7:59PM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cruiseports.org/vlissingen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Vlissingen, Zeeland, Netherlands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lissinge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Iguana reptile Zoo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Beach House 25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New Church Middelburg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Panorama Walcheren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Foundation Public Observatory Philippus Lansbergen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ZEP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Het Vlaemsche Erfgoed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