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Visby, Gotland,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'Town of Roses and Ruins' offers the best-preserved medieval city wall in Northern Europe — UNESCO-listed and entirely walkable from the cruise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(Kopparsvik terminal) · 🕒 Typical call: 8–10 hrs · 💵 Swedish Krona (SEK) · 🗣️ Swedish (English widely spoken) · 🏰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Kopparsvik, ~1.5 km south of the city walls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20–25 min walk or shuttle bus to the Old Town gates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rose-lined streets, church ruins, coastal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3.4 km Ringmur city wall and the Viking silver at Gotlands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80–95 SEK (~$8–10) — Taxis queue at the pier; the ride to the city center takes about 4–5 minutes. Local provider Visbytaxi also offers a boo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Visby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Visby City Wall (Ringmur) Walk — </w:t>
      </w:r>
      <w:r>
        <w:rPr>
          <w:rFonts w:ascii="Arial" w:hAnsi="Arial" w:cs="Arial"/>
          <w:b w:val="0"/>
          <w:i w:val="0"/>
          <w:sz w:val="20"/>
        </w:rPr>
        <w:t>The 3.4 km Ringmur is the best-preserved medieval city wall in Northern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Gotlands Museum — </w:t>
      </w:r>
      <w:r>
        <w:rPr>
          <w:rFonts w:ascii="Arial" w:hAnsi="Arial" w:cs="Arial"/>
          <w:b w:val="0"/>
          <w:i w:val="0"/>
          <w:sz w:val="20"/>
        </w:rPr>
        <w:t>Home to the world's largest cache of Viking silver treasure, plus picture stones, medieval weaponry, and Gotland's history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Fårö Island Sea Stacks Day Trip — </w:t>
      </w:r>
      <w:r>
        <w:rPr>
          <w:rFonts w:ascii="Arial" w:hAnsi="Arial" w:cs="Arial"/>
          <w:b w:val="0"/>
          <w:i w:val="0"/>
          <w:sz w:val="20"/>
        </w:rPr>
        <w:t>Drive or tour 45 km north to the island of Fårö, famous for its otherworldly raukar limestone sea stacks jutting from Baltic…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Bike Tour — </w:t>
      </w:r>
      <w:r>
        <w:rPr>
          <w:rFonts w:ascii="Arial" w:hAnsi="Arial" w:cs="Arial"/>
          <w:b w:val="0"/>
          <w:i w:val="0"/>
          <w:sz w:val="20"/>
        </w:rPr>
        <w:t>Rent bikes at the pier area or join a guided tour to cycle the scenic coastal path south toward Högklint cliffs, with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 Ruins &amp; Cathedral Walk — </w:t>
      </w:r>
      <w:r>
        <w:rPr>
          <w:rFonts w:ascii="Arial" w:hAnsi="Arial" w:cs="Arial"/>
          <w:b w:val="0"/>
          <w:i w:val="0"/>
          <w:sz w:val="20"/>
        </w:rPr>
        <w:t>Visby has more medieval church ruins per square kilometer than almost anywhere in Europe.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Wall Circuit: </w:t>
      </w:r>
      <w:r>
        <w:rPr>
          <w:rFonts w:ascii="Arial" w:hAnsi="Arial" w:cs="Arial"/>
          <w:b w:val="0"/>
          <w:i w:val="0"/>
          <w:sz w:val="20"/>
        </w:rPr>
        <w:t>3.4 km loop | 1.5–2 hrs | Easy–moderate — Start at Söderport gate and walk the full Ringmur circuit, passing towers and viewpoints.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Lanes &amp; Ruins Loop: </w:t>
      </w:r>
      <w:r>
        <w:rPr>
          <w:rFonts w:ascii="Arial" w:hAnsi="Arial" w:cs="Arial"/>
          <w:b w:val="0"/>
          <w:i w:val="0"/>
          <w:sz w:val="20"/>
        </w:rPr>
        <w:t>2 km | 1–1.5 hrs | Easy — From the cathedral, wander south through cobblestone lanes past the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4:24AM–9:02PM · Jul 4:10AM–9:33PM · Sep 6:17AM–7:05PM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cruiseports.org/visby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Visby, Gotland,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b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Kajsar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Almedalen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Brucebo naturreservat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Nicolai Ruin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Drottens ruin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Hällarna Nature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Dalmansporten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