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Vis Island, Dalmatia,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a sealed Yugoslav military base, Vis is now Croatia's most authentic island — stone alleys, secret cold-war tunnels, and a glowing sea cave that earns its hype.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 anchor offshore) · 🕒 Typical call: 6-8 hrs · 💶 Currency: Euro (€) · 🗣️ Language: Croatian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mid/large ships; small yachts &amp; coastal cruisers dock at Vis Town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you step ashore in Vis Town; Kut old quarter is 15-20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Blue Cave excursion, WWII history, authentic Dalmatian food, unspoiled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Blue Cave on Biševo Island, Kut old quarter, Tito's cave military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 start + €2.30/km (car); €3.10/km (van) — Local taxis (e.g. Taxi Đuli, Vis Taxi 24, Alpha Travel Vis) are available near the port. Prices can add up quickly for 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Cave (Biševo Island) — </w:t>
      </w:r>
      <w:r>
        <w:rPr>
          <w:rFonts w:ascii="Arial" w:hAnsi="Arial" w:cs="Arial"/>
          <w:b w:val="0"/>
          <w:i w:val="0"/>
          <w:sz w:val="20"/>
        </w:rPr>
        <w:t>Sunlight enters an underwater opening and reflects off the white limestone floor, flooding the cave in electric blue light.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&amp; Cold-War Military Tour — </w:t>
      </w:r>
      <w:r>
        <w:rPr>
          <w:rFonts w:ascii="Arial" w:hAnsi="Arial" w:cs="Arial"/>
          <w:b w:val="0"/>
          <w:i w:val="0"/>
          <w:sz w:val="20"/>
        </w:rPr>
        <w:t>A 4x4 guide takes you into classified Yugoslav-era bunkers, underground rocket bases, and Tito's Cave — a clifftop hideout used…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Stiniva Cove by Boat — </w:t>
      </w:r>
      <w:r>
        <w:rPr>
          <w:rFonts w:ascii="Arial" w:hAnsi="Arial" w:cs="Arial"/>
          <w:b w:val="0"/>
          <w:i w:val="0"/>
          <w:sz w:val="20"/>
        </w:rPr>
        <w:t>Europe's best beach 2016 — a narrow cliff passage opens to a hidden white-pebble cove surrounded by towering rock walls.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Vis Town &amp; Kut Old Quarter Walk — </w:t>
      </w:r>
      <w:r>
        <w:rPr>
          <w:rFonts w:ascii="Arial" w:hAnsi="Arial" w:cs="Arial"/>
          <w:b w:val="0"/>
          <w:i w:val="0"/>
          <w:sz w:val="20"/>
        </w:rPr>
        <w:t>Kut is one of Dalmatia's most atmospheric neighborhoods — Venetian Renaissance palaces, stone alleys, and hidden courtyards.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Vis Wine &amp; Seafood Lunch — </w:t>
      </w:r>
      <w:r>
        <w:rPr>
          <w:rFonts w:ascii="Arial" w:hAnsi="Arial" w:cs="Arial"/>
          <w:b w:val="0"/>
          <w:i w:val="0"/>
          <w:sz w:val="20"/>
        </w:rPr>
        <w:t>Vis grows Vugava, a golden, full-bodied white wine cultivated since ancient Greek settlers arrived.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Kut Old Quarter: </w:t>
      </w:r>
      <w:r>
        <w:rPr>
          <w:rFonts w:ascii="Arial" w:hAnsi="Arial" w:cs="Arial"/>
          <w:b w:val="0"/>
          <w:i w:val="0"/>
          <w:sz w:val="20"/>
        </w:rPr>
        <w:t>15-20 min one way | Flat | Free — From the tender quay at Luka, walk east along the seafront promenade past cafes and fishing boats…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Prirovo Beach &amp; Monastery: </w:t>
      </w:r>
      <w:r>
        <w:rPr>
          <w:rFonts w:ascii="Arial" w:hAnsi="Arial" w:cs="Arial"/>
          <w:b w:val="0"/>
          <w:i w:val="0"/>
          <w:sz w:val="20"/>
        </w:rPr>
        <w:t>10 min one way | Flat | Free — Walk west from the quay along the harbor road to the small Prirovo Peninsula.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George Hike: </w:t>
      </w:r>
      <w:r>
        <w:rPr>
          <w:rFonts w:ascii="Arial" w:hAnsi="Arial" w:cs="Arial"/>
          <w:b w:val="0"/>
          <w:i w:val="0"/>
          <w:sz w:val="20"/>
        </w:rPr>
        <w:t>30 min up | Moderate | Free — From Kut, follow the road uphill to the British-built Fort George (1813, Napoleonic era).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5:32AM–8:11PM · Jul 5:29AM–8:32PM · Sep 6:35AM–7:04PM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cruiseports.org/vis-island-croatia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Vis Island, Dalmatia,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-island-croat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Franciscan Monastery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Vis Ferry Harbour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