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Vieques Island, Puerto Rico,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Eight miles off eastern Puerto Rico, Vieques is what the Caribbean looked like before the resorts arrived — wild horses on empty beaches, a Guinness-record glowing bay, and an ex-Navy wilderness refuge that kept developers out for decades.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💵 US Dollar · 🗣️ Spanish / English · 🌿 Wildlife refuge &amp; eco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 Esperanza or Isabel Segunda;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Land directly on Esperanza Malecón (south) or Isabel Segunda ferry pier (north)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Pristine beaches, bioluminescent bay tours, wild horse sightings,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Mosquito Bay bio-bay tour (night only), Sun Bay Beach, Fortin Conde de Mirasol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per person — Private taxis available at the ferry terminal. No meters — always agree on the fare before getting in. Round-trip to wil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 Bay Beach (Balneario Sombe) — </w:t>
      </w:r>
      <w:r>
        <w:rPr>
          <w:rFonts w:ascii="Arial" w:hAnsi="Arial" w:cs="Arial"/>
          <w:b w:val="0"/>
          <w:i w:val="0"/>
          <w:sz w:val="20"/>
        </w:rPr>
        <w:t>Crescent bay with calm turquoise water, palm shade, restrooms, and a small cafeteria — the most accessible beach from Esperanza…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 Horse &amp; Wildlife Refuge Drive — </w:t>
      </w:r>
      <w:r>
        <w:rPr>
          <w:rFonts w:ascii="Arial" w:hAnsi="Arial" w:cs="Arial"/>
          <w:b w:val="0"/>
          <w:i w:val="0"/>
          <w:sz w:val="20"/>
        </w:rPr>
        <w:t>Rent a UTV or Jeep and explore the former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Mosquito Bioluminescent Bay Tour — </w:t>
      </w:r>
      <w:r>
        <w:rPr>
          <w:rFonts w:ascii="Arial" w:hAnsi="Arial" w:cs="Arial"/>
          <w:b w:val="0"/>
          <w:i w:val="0"/>
          <w:sz w:val="20"/>
        </w:rPr>
        <w:t>Guinness World Record holder for the world's brightest bio-bay.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Fortín Conde de Mirasol — </w:t>
      </w:r>
      <w:r>
        <w:rPr>
          <w:rFonts w:ascii="Arial" w:hAnsi="Arial" w:cs="Arial"/>
          <w:b w:val="0"/>
          <w:i w:val="0"/>
          <w:sz w:val="20"/>
        </w:rPr>
        <w:t>The last Spanish fort built in the Americas (completed 1855), perched above Isabel Segunda with panoramic ocean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at Esperanza Pier — </w:t>
      </w:r>
      <w:r>
        <w:rPr>
          <w:rFonts w:ascii="Arial" w:hAnsi="Arial" w:cs="Arial"/>
          <w:b w:val="0"/>
          <w:i w:val="0"/>
          <w:sz w:val="20"/>
        </w:rPr>
        <w:t>The old fishing pier at Esperanza is a local favorite for snorkeling — corals and fish gather around the pilings steps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Esperanza Malecón to Sun Bay Beach: </w:t>
      </w:r>
      <w:r>
        <w:rPr>
          <w:rFonts w:ascii="Arial" w:hAnsi="Arial" w:cs="Arial"/>
          <w:b w:val="0"/>
          <w:i w:val="0"/>
          <w:sz w:val="20"/>
        </w:rPr>
        <w:t>2.5 km · ~30 min one-way · Easy — Walk the Malecón boardwalk past restaurants and dive shops, then follow the road east to Sun Bay…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Isabel Segunda Town Walk: </w:t>
      </w:r>
      <w:r>
        <w:rPr>
          <w:rFonts w:ascii="Arial" w:hAnsi="Arial" w:cs="Arial"/>
          <w:b w:val="0"/>
          <w:i w:val="0"/>
          <w:sz w:val="20"/>
        </w:rPr>
        <w:t>~1 km loop · 30 min · Easy — From the ferry pier, walk uphill into Isabel Segunda past local bakeries and the plaza to Fortín…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5:48AM–6:47PM · Jul 5:54AM–7:00PM · Sep 6:10AM–6:23PM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cruiseports.org/vieques-island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Vieques Island, Puerto Rico,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eque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Fortin de Conde Mirasol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Cayo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La Plata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Mosquito Biobay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Esperanza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