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Victoria Falls, Matabeleland North, Zimbabwe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Smoke That Thunders. One of the seven natural wonders of the world, Victoria Falls is not a dockside port — it's a fly-in crown jewel that world cruises access as a land extension from Cape Town or Durban. The payoff: a full day (or more) at one of Africa's most spectacular destinations.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✈️ Fly-in extension (no ship pier) · 🕒 Typical extension: 2–4 nights · 💵 USD widely accepted · 🗣️ English (official)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Arrival: </w:t>
      </w:r>
      <w:r>
        <w:rPr>
          <w:rFonts w:ascii="Arial" w:hAnsi="Arial" w:cs="Arial"/>
          <w:b w:val="0"/>
          <w:i w:val="0"/>
          <w:sz w:val="20"/>
        </w:rPr>
        <w:t>Fly into Victoria Falls Airport (VFA) or Livingstone (LVI) — no cruise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 walks, helicopter rides, Zambezi cruises, white-water rafting, safari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Devil's Cataract viewpoint and a sunset cruise on the Upper Zambezi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Entry Fee: </w:t>
      </w:r>
      <w:r>
        <w:rPr>
          <w:rFonts w:ascii="Arial" w:hAnsi="Arial" w:cs="Arial"/>
          <w:b w:val="0"/>
          <w:i w:val="0"/>
          <w:sz w:val="20"/>
        </w:rPr>
        <w:t>USD $58 Zimbabwe side; USD $20 Zambia side (Victoria Falls National Park)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5–12 — Taxis are widely available around hotels, tourist areas, and jetty points. Fares are negotiated — always agree on a pric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Falls National Park Walk — </w:t>
      </w:r>
      <w:r>
        <w:rPr>
          <w:rFonts w:ascii="Arial" w:hAnsi="Arial" w:cs="Arial"/>
          <w:b w:val="0"/>
          <w:i w:val="0"/>
          <w:sz w:val="20"/>
        </w:rPr>
        <w:t>Sixteen viewpoints along the Zimbabwean rim — from Cataract View to Danger Point — reveal the full 1,708-metre curtain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Flight of Angels — Helicopter Tour — </w:t>
      </w:r>
      <w:r>
        <w:rPr>
          <w:rFonts w:ascii="Arial" w:hAnsi="Arial" w:cs="Arial"/>
          <w:b w:val="0"/>
          <w:i w:val="0"/>
          <w:sz w:val="20"/>
        </w:rPr>
        <w:t>A 12–25 minute helicopter flight over the falls and Batoka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Zambezi Sunset Cruise — </w:t>
      </w:r>
      <w:r>
        <w:rPr>
          <w:rFonts w:ascii="Arial" w:hAnsi="Arial" w:cs="Arial"/>
          <w:b w:val="0"/>
          <w:i w:val="0"/>
          <w:sz w:val="20"/>
        </w:rPr>
        <w:t>A two-hour float on the Upper Zambezi (upstream from the falls) with hippos wallowing close to the boat, elephants at the banks…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White-Water Rafting — Batoka Gorge — </w:t>
      </w:r>
      <w:r>
        <w:rPr>
          <w:rFonts w:ascii="Arial" w:hAnsi="Arial" w:cs="Arial"/>
          <w:b w:val="0"/>
          <w:i w:val="0"/>
          <w:sz w:val="20"/>
        </w:rPr>
        <w:t>The Zambezi below the falls is consistently rated one of the top one-day rafting runs in the world, with Grade 5 rapids through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Chobe National Park Day Safari — </w:t>
      </w:r>
      <w:r>
        <w:rPr>
          <w:rFonts w:ascii="Arial" w:hAnsi="Arial" w:cs="Arial"/>
          <w:b w:val="0"/>
          <w:i w:val="0"/>
          <w:sz w:val="20"/>
        </w:rPr>
        <w:t>A 90-minute drive into Botswana reaches Chobe, famous for Africa's densest elephant population.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Falls Rainforest Trail: </w:t>
      </w:r>
      <w:r>
        <w:rPr>
          <w:rFonts w:ascii="Arial" w:hAnsi="Arial" w:cs="Arial"/>
          <w:b w:val="0"/>
          <w:i w:val="0"/>
          <w:sz w:val="20"/>
        </w:rPr>
        <w:t>2–3 km | Easy | Wet — bring rain gear — Follow the paved path from the National Park entrance past all 16 viewpoints: Cataract View, Main…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Falls Town Stroll: </w:t>
      </w:r>
      <w:r>
        <w:rPr>
          <w:rFonts w:ascii="Arial" w:hAnsi="Arial" w:cs="Arial"/>
          <w:b w:val="0"/>
          <w:i w:val="0"/>
          <w:sz w:val="20"/>
        </w:rPr>
        <w:t>1–2 km | Easy | Safe during daylight — From most hotels it's a short flat walk down Livingstone Way to the park gate, passing the landmark…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6:34AM–5:50PM · Jul 6:48AM–5:57PM · Sep 6:12AM–6:11PM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cruiseports.org/victoria-falls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Victoria Falls, Matabeleland North, Zimbabwe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ctoria-fall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Railway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Victoria Falls World Heritage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Livingstone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Tamuka Travel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Mosi-oa-Tunya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Boiling Pot-Victoria Falls, Zambia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nazionale delle cascate Vittoria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