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Verona,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Romeo, Juliet, and a Roman arena still hosting opera — Verona is the rare city where every corner delivers on the hype. One of Italy's most rewarding shore-day destinations.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Overland excursion (bus or train from Venice) · 🕒 Typical call: 5-7 hrs in city · 💶 Currency: Euro (€) · 🗣️ Language: Italian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Arrival: </w:t>
      </w:r>
      <w:r>
        <w:rPr>
          <w:rFonts w:ascii="Arial" w:hAnsi="Arial" w:cs="Arial"/>
          <w:b w:val="0"/>
          <w:i w:val="0"/>
          <w:sz w:val="20"/>
        </w:rPr>
        <w:t>Bus or train from Venice (~1.5 hrs), Ravenna (~2.5 hrs), or river cruise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Drop-off at Piazza Bra — Arena is right there; all major sites within 20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romance, opera, Roman architecture, Italian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Verona Arena interior, Ponte Pietra view, Castel San Pietro panorama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Official taxis have a base fare of ~€4 and charge ~€1.48/km. Ranks are found at the train station (Porta Nuova) and Piaz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Verona Arena — </w:t>
      </w:r>
      <w:r>
        <w:rPr>
          <w:rFonts w:ascii="Arial" w:hAnsi="Arial" w:cs="Arial"/>
          <w:b w:val="0"/>
          <w:i w:val="0"/>
          <w:sz w:val="20"/>
        </w:rPr>
        <w:t>One of the world's best-preserved Roman amphitheaters, built in 30 AD and still hosting world-class operas.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Walking Tour — </w:t>
      </w:r>
      <w:r>
        <w:rPr>
          <w:rFonts w:ascii="Arial" w:hAnsi="Arial" w:cs="Arial"/>
          <w:b w:val="0"/>
          <w:i w:val="0"/>
          <w:sz w:val="20"/>
        </w:rPr>
        <w:t>Cover Piazza Bra, Piazza delle Erbe (the old Roman Forum), Piazza dei Signori, and the Scaligeri tombs.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Juliet's House &amp; Romeo's House — </w:t>
      </w:r>
      <w:r>
        <w:rPr>
          <w:rFonts w:ascii="Arial" w:hAnsi="Arial" w:cs="Arial"/>
          <w:b w:val="0"/>
          <w:i w:val="0"/>
          <w:sz w:val="20"/>
        </w:rPr>
        <w:t>Enter Juliet's courtyard for free (timed entry in peak season), touch the bronze statue, and view the wall of love letters.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Castelvecchio &amp; Ponte Scaligero — </w:t>
      </w:r>
      <w:r>
        <w:rPr>
          <w:rFonts w:ascii="Arial" w:hAnsi="Arial" w:cs="Arial"/>
          <w:b w:val="0"/>
          <w:i w:val="0"/>
          <w:sz w:val="20"/>
        </w:rPr>
        <w:t>A 14th-century red-brick castle housing a world-class art museum, and its stunning fortified bridge over the Adige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Garda Day Trip — </w:t>
      </w:r>
      <w:r>
        <w:rPr>
          <w:rFonts w:ascii="Arial" w:hAnsi="Arial" w:cs="Arial"/>
          <w:b w:val="0"/>
          <w:i w:val="0"/>
          <w:sz w:val="20"/>
        </w:rPr>
        <w:t>Italy's largest lake is about 30 km from Verona — vivid blue water backed by mountains.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Arena to Ponte Pietra Loop: </w:t>
      </w:r>
      <w:r>
        <w:rPr>
          <w:rFonts w:ascii="Arial" w:hAnsi="Arial" w:cs="Arial"/>
          <w:b w:val="0"/>
          <w:i w:val="0"/>
          <w:sz w:val="20"/>
        </w:rPr>
        <w:t>2 km · 45–60 min · Easy · Free — Start at Piazza Bra and the Roman Arena, walk up Via Mazzini to Piazza delle Erbe, duck into Piazza…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Castelvecchio &amp; Riverside Stroll: </w:t>
      </w:r>
      <w:r>
        <w:rPr>
          <w:rFonts w:ascii="Arial" w:hAnsi="Arial" w:cs="Arial"/>
          <w:b w:val="0"/>
          <w:i w:val="0"/>
          <w:sz w:val="20"/>
        </w:rPr>
        <w:t>1.5 km · 30 min · Easy · Free — From Piazza Bra head west along the Adige riverbank to Castelvecchio and cross the medieval Ponte…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5:45AM–8:39PM · Jul 5:42AM–9:01PM · Sep 6:54AM–7:26PM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cruiseports.org/verona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Verona,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r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dei Santi Nazaro e Celso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Complesso del Duomo di Verona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Loggia del Consiglio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Zeno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Arena di Verona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al Teatro Romano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Castelvecchio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