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Ventspils, Kurzeme, Latvia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Don't let the industrial port fool you — Ventspils is one of the Baltic's most charming surprises: immaculate streets, a living medieval castle, award-winning beaches, and a city that decorates itself with giant flower sculptures and fiberglass cows.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(deep-water pier) · 🕒 Typical call: 6–8 hrs · 💶 Euro (€) · 🗣️ Latvian / English widely spoken · 🌊 Blue Flag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Deep-water pier — no tender. Smaller ships berth at the riverside promenade; larger ships at the northern cargo quay with a shuttle to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Promenade dock: 5 min. Northern quay: shuttle (~10 min). Old Town and castle within 10 min of either.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Easy walkers, culture lovers, families — flat, clean, pedestrian-friendly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Livonian Order Castle + the Cow Sculpture Trail + the Southern Breakwater lighthouse walk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€5–€8 — Local taxis (taxi-ventspils.lv) charge a €3 boarding fee plus €0.85/km with a €5–6 minimum. The short hop to center typi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Livonian Order Castle &amp; Museum — </w:t>
      </w:r>
      <w:r>
        <w:rPr>
          <w:rFonts w:ascii="Arial" w:hAnsi="Arial" w:cs="Arial"/>
          <w:b w:val="0"/>
          <w:i w:val="0"/>
          <w:sz w:val="20"/>
        </w:rPr>
        <w:t>Latvia's best-preserved medieval castle (c.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Cow Sculpture Trail — </w:t>
      </w:r>
      <w:r>
        <w:rPr>
          <w:rFonts w:ascii="Arial" w:hAnsi="Arial" w:cs="Arial"/>
          <w:b w:val="0"/>
          <w:i w:val="0"/>
          <w:sz w:val="20"/>
        </w:rPr>
        <w:t>Over 25 giant, whimsically painted fiberglass cows are scattered across the city — a legacy of the international CowParade art…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Flag Beach &amp; Seaside Park — </w:t>
      </w:r>
      <w:r>
        <w:rPr>
          <w:rFonts w:ascii="Arial" w:hAnsi="Arial" w:cs="Arial"/>
          <w:b w:val="0"/>
          <w:i w:val="0"/>
          <w:sz w:val="20"/>
        </w:rPr>
        <w:t>Wide, powdery white sand backed by 9-meter dunes — one of the finest beaches in the Baltics.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Seaside Open-Air Museum — </w:t>
      </w:r>
      <w:r>
        <w:rPr>
          <w:rFonts w:ascii="Arial" w:hAnsi="Arial" w:cs="Arial"/>
          <w:b w:val="0"/>
          <w:i w:val="0"/>
          <w:sz w:val="20"/>
        </w:rPr>
        <w:t>Authentic historic fishermen's huts, wooden windmills, and traditional boats set in the Seaside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Southern Breakwater Walk — </w:t>
      </w:r>
      <w:r>
        <w:rPr>
          <w:rFonts w:ascii="Arial" w:hAnsi="Arial" w:cs="Arial"/>
          <w:b w:val="0"/>
          <w:i w:val="0"/>
          <w:sz w:val="20"/>
        </w:rPr>
        <w:t>Stroll out along the Dienvidu Mols breakwater where the Venta River meets the Baltic Sea.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Riverside Promenade Loop: </w:t>
      </w:r>
      <w:r>
        <w:rPr>
          <w:rFonts w:ascii="Arial" w:hAnsi="Arial" w:cs="Arial"/>
          <w:b w:val="0"/>
          <w:i w:val="0"/>
          <w:sz w:val="20"/>
        </w:rPr>
        <w:t>2–3 km · 45–60 min · Easy — From the pier, walk the Ostas iela riverfront promenade past historic pilot boats and public art…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Southern Breakwater to the Lighthouse: </w:t>
      </w:r>
      <w:r>
        <w:rPr>
          <w:rFonts w:ascii="Arial" w:hAnsi="Arial" w:cs="Arial"/>
          <w:b w:val="0"/>
          <w:i w:val="0"/>
          <w:sz w:val="20"/>
        </w:rPr>
        <w:t>2.5 km one-way · 45 min · Easy — Follow the riverbank south and out along the breakwater (Dienvidu Mols) to the lighthouse where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5:13AM–9:48PM · Jul 4:59AM–10:18PM · Sep 7:04AM–7:51PM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cruiseports.org/ventspils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Ventspils, Kurzeme, Latvia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entspil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Seaside Open-Air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Fregate whale fountain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Crafts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Ventspils Water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Ventspils muzejs / Ventspils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Ventspils Piedzīvojumu parks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