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Venlo, Limburg, Netherlands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Venlo sits where the Meuse bends toward Germany — a compact trading city with a Renaissance town hall, a lively market square, and the most Burgundian food culture in the Netherlands. Ships dock right on the Maasboulevard, putting the historic center three minutes on foot.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(no tender) · 🕒 Typical call: 6-8 hrs · 💶 Euro — cards widely accepted · 🗣️ Dutch (English &amp; German spoken) · 🌿 River cruise — Meuse/Maas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at Maasboulevard — no tender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3–5 min to Market Square (Markt)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walks, local pastries, castle garden day-trip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Limburgse vlaai tart + Castle Gardens Arcen excursion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€5–€10 — Taxis are available near the dock. Starting rate is around €3.19 plus ~€2.35/km — the compact city means most rides are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Historic City Center Walk — </w:t>
      </w:r>
      <w:r>
        <w:rPr>
          <w:rFonts w:ascii="Arial" w:hAnsi="Arial" w:cs="Arial"/>
          <w:b w:val="0"/>
          <w:i w:val="0"/>
          <w:sz w:val="20"/>
        </w:rPr>
        <w:t>Circle the Markt to admire the 1597 Renaissance Town Hall, duck into Sint-Martinuskerk for its 53-bell carillon and medieval…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Castle Gardens Arcen (Kasteeltuinen Arcen) — </w:t>
      </w:r>
      <w:r>
        <w:rPr>
          <w:rFonts w:ascii="Arial" w:hAnsi="Arial" w:cs="Arial"/>
          <w:b w:val="0"/>
          <w:i w:val="0"/>
          <w:sz w:val="20"/>
        </w:rPr>
        <w:t>One of Europe's finest landscape parks, 15 km north of Venlo.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Limburgs Museum — </w:t>
      </w:r>
      <w:r>
        <w:rPr>
          <w:rFonts w:ascii="Arial" w:hAnsi="Arial" w:cs="Arial"/>
          <w:b w:val="0"/>
          <w:i w:val="0"/>
          <w:sz w:val="20"/>
        </w:rPr>
        <w:t>Interactive museum tracing Limburg province from Roman times through WWII and the modern era.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Limburg Food &amp; Vlaai Tasting — </w:t>
      </w:r>
      <w:r>
        <w:rPr>
          <w:rFonts w:ascii="Arial" w:hAnsi="Arial" w:cs="Arial"/>
          <w:b w:val="0"/>
          <w:i w:val="0"/>
          <w:sz w:val="20"/>
        </w:rPr>
        <w:t>Seek out Limburgse vlaai (yeast-dough fruit tart), zuurvlees (sweet-sour beef stew), and a Hertog Jan or Brand beer at a local…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De Meinweg National Park Hike — </w:t>
      </w:r>
      <w:r>
        <w:rPr>
          <w:rFonts w:ascii="Arial" w:hAnsi="Arial" w:cs="Arial"/>
          <w:b w:val="0"/>
          <w:i w:val="0"/>
          <w:sz w:val="20"/>
        </w:rPr>
        <w:t>A national park of heath, forest, and wetlands straddling the Dutch-German border, about 20 km from Venlo.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Maasboulevard to Markt Loop: </w:t>
      </w:r>
      <w:r>
        <w:rPr>
          <w:rFonts w:ascii="Arial" w:hAnsi="Arial" w:cs="Arial"/>
          <w:b w:val="0"/>
          <w:i w:val="0"/>
          <w:sz w:val="20"/>
        </w:rPr>
        <w:t>1.5 km · 30–45 min · Easy — From the dock, walk north along the Maasboulevard waterfront promenade, then turn left into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Julianapark &amp; City Fortifications: </w:t>
      </w:r>
      <w:r>
        <w:rPr>
          <w:rFonts w:ascii="Arial" w:hAnsi="Arial" w:cs="Arial"/>
          <w:b w:val="0"/>
          <w:i w:val="0"/>
          <w:sz w:val="20"/>
        </w:rPr>
        <w:t>2 km · 40 min · Easy — From the Markt, head north to Julianapark to see the surviving remnants of Venlo's old city walls…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5:44AM–9:20PM · Jul 5:36AM–9:45PM · Sep 7:10AM–7:49PM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cruiseports.org/venlo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Venlo, Limburg, Netherlands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enl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Grote of Sint-Martinuskerk, Venlo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Kaldenkirchen Sequoia Farm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Limburgs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Wilhelminapark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Speelpark Klein Zwitserland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Limburgs Schutterij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Niederrheinisches Freilichtmuseum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