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Vava'u Islands, Tonga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stunning South Pacific archipelago where humpback whales breach beside sailboats and sea caves glow in turquoise light. Neiafu is small, friendly, and utterly unlike anywhere else on a cruise itinerary.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Port of Refuge) · 🕒 Typical call: 7–9 hrs · 💵 Tongan Pa'anga (TOP); USD/AUD sometimes accepted · 🗣️ Tongan &amp; English spoken · 🐋 Whale season: July–October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Port of Refuge; 10–15 min tender to Halaevalu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wharf lands in Neiafu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sea caves, snorkeling, sailing, Polynesian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Swimming with humpback whales (Jul–Oct) or Swallows' Cave by boat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TOP 40–90 / USD 5–40 — Local taxis are available near the wharf but are unmetered — agree on the fare before you get in. Hourly hire runs rough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Humpback Whales — </w:t>
      </w:r>
      <w:r>
        <w:rPr>
          <w:rFonts w:ascii="Arial" w:hAnsi="Arial" w:cs="Arial"/>
          <w:b w:val="0"/>
          <w:i w:val="0"/>
          <w:sz w:val="20"/>
        </w:rPr>
        <w:t>One of the world's few places where you can legally and ethically enter the water with humpback whales.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Swallows' Cave &amp; Mariner's Cave — </w:t>
      </w:r>
      <w:r>
        <w:rPr>
          <w:rFonts w:ascii="Arial" w:hAnsi="Arial" w:cs="Arial"/>
          <w:b w:val="0"/>
          <w:i w:val="0"/>
          <w:sz w:val="20"/>
        </w:rPr>
        <w:t>Boat into Swallows' Cave, a vast sea cave filled with darting swiftlets and glowing blue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Island-Hopping &amp; Snorkeling — </w:t>
      </w:r>
      <w:r>
        <w:rPr>
          <w:rFonts w:ascii="Arial" w:hAnsi="Arial" w:cs="Arial"/>
          <w:b w:val="0"/>
          <w:i w:val="0"/>
          <w:sz w:val="20"/>
        </w:rPr>
        <w:t>Charter a boat and hop between Vava'u's 50+ islands — stopping at Pangaimotu Beach, Hunga Lagoon, and Kapa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Archipelago — </w:t>
      </w:r>
      <w:r>
        <w:rPr>
          <w:rFonts w:ascii="Arial" w:hAnsi="Arial" w:cs="Arial"/>
          <w:b w:val="0"/>
          <w:i w:val="0"/>
          <w:sz w:val="20"/>
        </w:rPr>
        <w:t>Paddle through Vava'u's sheltered channels between limestone islands, entering sea caves at water level.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Neiafu Market &amp; Kava Ceremony — </w:t>
      </w:r>
      <w:r>
        <w:rPr>
          <w:rFonts w:ascii="Arial" w:hAnsi="Arial" w:cs="Arial"/>
          <w:b w:val="0"/>
          <w:i w:val="0"/>
          <w:sz w:val="20"/>
        </w:rPr>
        <w:t>Wander 'Utukalongalu Market for local produce, woven mats, bark cloth, and tapa crafts.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Neiafu Waterfront Stroll: </w:t>
      </w:r>
      <w:r>
        <w:rPr>
          <w:rFonts w:ascii="Arial" w:hAnsi="Arial" w:cs="Arial"/>
          <w:b w:val="0"/>
          <w:i w:val="0"/>
          <w:sz w:val="20"/>
        </w:rPr>
        <w:t>30–45 min | Flat | Free — From Halaevalu Wharf, walk the waterfront past the yacht club, craft stalls, and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'Ene'io Beach: </w:t>
      </w:r>
      <w:r>
        <w:rPr>
          <w:rFonts w:ascii="Arial" w:hAnsi="Arial" w:cs="Arial"/>
          <w:b w:val="0"/>
          <w:i w:val="0"/>
          <w:sz w:val="20"/>
        </w:rPr>
        <w:t>30 min drive or 1.5 hr walk | Easy | Free beach — Head south from town to 'Ene'io Beach — white coral sand with calm water for swimming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6:45AM–6:25PM · Jun 7:06AM–6:06PM · Aug 6:56AM–6:24PM · Sep 6:32AM–6:30PM · Oct 6:06AM–6:36PM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Sunday = everything closed. Tonga's Sunday law is strict and enforced by legislation. No shops, markets, restaurants, or taxis operate. If your call is on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Get Pa'anga cash early. The ANZ and BSP ATMs in Neiafu run dry quickly on cruise days. Withdraw or exchange aboard ship before tendering. USD/AUD sometimes…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Whale season is July–October. Swimming with humpbacks is Vava'u's signature experience — but it only runs in whale season. Outside these months, skip the hype…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cruiseports.org/vavau-islands-tonga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