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Västervik, Kalmar County,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Sweden's self-styled 'summer city' packs a 5,000-island archipelago, a medieval castle ruin, a Björn Ulvaeus–revived waterfront, and a narrow-gauge steam railway into one compact, very walkable Baltic port.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(Lucernahamnen, ~1 km from center) · 🕒 Typical call: 7–10 hrs · 💳 Cashless — cards only (SEK) · 🗣️ Swedish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Lucernahamnen, ~1 km walk or short taxi to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 min on foot along the waterfront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Archipelago boat trips, scenic walks, Swedish history, families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Stegeholm Castle ruins on Slottsholmen &amp; a fika in the old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~100–200 SEK — Västerviks Taxi (tel: 0490-373 00) serves the port area. The short ride to the town center typically costs around 100–20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Tjust Archipelago Boat Trip — </w:t>
      </w:r>
      <w:r>
        <w:rPr>
          <w:rFonts w:ascii="Arial" w:hAnsi="Arial" w:cs="Arial"/>
          <w:b w:val="0"/>
          <w:i w:val="0"/>
          <w:sz w:val="20"/>
        </w:rPr>
        <w:t>Explore the nearly 5,000 islands of the Tjust archipelago on a guided cruise.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Stegeholm Castle Ruins &amp; Slottsholmen — </w:t>
      </w:r>
      <w:r>
        <w:rPr>
          <w:rFonts w:ascii="Arial" w:hAnsi="Arial" w:cs="Arial"/>
          <w:b w:val="0"/>
          <w:i w:val="0"/>
          <w:sz w:val="20"/>
        </w:rPr>
        <w:t>Walk the short causeway to Slottsholmen island to see the 14th-century castle ruins, the ABBA-connected Slottsholmen Hotel…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Narrow-Gauge Railway to Hultsfred — </w:t>
      </w:r>
      <w:r>
        <w:rPr>
          <w:rFonts w:ascii="Arial" w:hAnsi="Arial" w:cs="Arial"/>
          <w:b w:val="0"/>
          <w:i w:val="0"/>
          <w:sz w:val="20"/>
        </w:rPr>
        <w:t>Board Sweden's longest narrow-gauge railway for a scenic ride through the Småland countryside in vintage yellow-and-orange…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Astrid Lindgren's World (Vimmerby) — </w:t>
      </w:r>
      <w:r>
        <w:rPr>
          <w:rFonts w:ascii="Arial" w:hAnsi="Arial" w:cs="Arial"/>
          <w:b w:val="0"/>
          <w:i w:val="0"/>
          <w:sz w:val="20"/>
        </w:rPr>
        <w:t>Pippi Longstocking's creator was born in Vimmerby, ~55 min from Västervik.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Eagle &amp; Seal Safari — </w:t>
      </w:r>
      <w:r>
        <w:rPr>
          <w:rFonts w:ascii="Arial" w:hAnsi="Arial" w:cs="Arial"/>
          <w:b w:val="0"/>
          <w:i w:val="0"/>
          <w:sz w:val="20"/>
        </w:rPr>
        <w:t>A 30-minute boat ride from central Västervik reaches the outer archipelago, home to white-tailed sea eagles and gray seals.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Slottsholmen Loop: </w:t>
      </w:r>
      <w:r>
        <w:rPr>
          <w:rFonts w:ascii="Arial" w:hAnsi="Arial" w:cs="Arial"/>
          <w:b w:val="0"/>
          <w:i w:val="0"/>
          <w:sz w:val="20"/>
        </w:rPr>
        <w:t>~3 km · 60–75 min · Easy, flat — From the pier, walk the promenade into the old town, browse the cobbled Storgatan, visit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&amp; Uno's Tower: </w:t>
      </w:r>
      <w:r>
        <w:rPr>
          <w:rFonts w:ascii="Arial" w:hAnsi="Arial" w:cs="Arial"/>
          <w:b w:val="0"/>
          <w:i w:val="0"/>
          <w:sz w:val="20"/>
        </w:rPr>
        <w:t>~1 km · 30 min + museum time · Easy — Västervik Museum covers local maritime and cultural history.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4:30AM–9:10PM · Jul 4:16AM–9:41PM · Sep 6:24AM–7:11PM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cruiseports.org/vastervik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Västervik, Kalmar County,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ster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Stiftelsen Västerviks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Psykiatriska museet, Västervik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Stegeholm Castle Ruin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Gladhammars Kyrka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Fiskaretorget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Almviks Tegelbruks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