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Varna, Black Sea Coast, Bulgaria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'Pearl of the Black Sea' packs 6,000 years of history — from Thracian gold that predates the pyramids to golden-sand beaches — all within easy reach of a docking berth a short stroll from the Sea Garden.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💵 Bulgarian Lev (BGN) · 🗣️ Bulgarian (Cyrillic); English widely spoken · 🏖️ Black Sea beaches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Varna East Passenger Terminal; most ships dock, NCL occasionally tenders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15-20 min on foot; Sea Garden starts 2-3 min from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beach days, affordable local dining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Gold of Varna at the Archaeological Museum — oldest gold treasure on Earth (4600 BC)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€2–4 — Metered taxis are plentiful at the port. The short ride to the city center costs roughly €2–4 (BGN 4–8). Use apps like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Gold of Varna &amp; Archaeological Museum — </w:t>
      </w:r>
      <w:r>
        <w:rPr>
          <w:rFonts w:ascii="Arial" w:hAnsi="Arial" w:cs="Arial"/>
          <w:b w:val="0"/>
          <w:i w:val="0"/>
          <w:sz w:val="20"/>
        </w:rPr>
        <w:t>The Varna Necropolis treasure (4600-4200 BC) is the oldest worked gold ever found — predating the Egyptian pyramids by 1,500 years.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Thermae — </w:t>
      </w:r>
      <w:r>
        <w:rPr>
          <w:rFonts w:ascii="Arial" w:hAnsi="Arial" w:cs="Arial"/>
          <w:b w:val="0"/>
          <w:i w:val="0"/>
          <w:sz w:val="20"/>
        </w:rPr>
        <w:t>The 4th-largest surviving Roman baths in Europe, built in the late 2nd century 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Aladzha Rock Monastery — </w:t>
      </w:r>
      <w:r>
        <w:rPr>
          <w:rFonts w:ascii="Arial" w:hAnsi="Arial" w:cs="Arial"/>
          <w:b w:val="0"/>
          <w:i w:val="0"/>
          <w:sz w:val="20"/>
        </w:rPr>
        <w:t>A medieval cave monastery carved into 40-metre limestone cliffs, about 15 km north of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Golden Sands Beach Resort — </w:t>
      </w:r>
      <w:r>
        <w:rPr>
          <w:rFonts w:ascii="Arial" w:hAnsi="Arial" w:cs="Arial"/>
          <w:b w:val="0"/>
          <w:i w:val="0"/>
          <w:sz w:val="20"/>
        </w:rPr>
        <w:t>Bulgaria's famous resort strip 17 km north — 3.5 km of fine golden sand with beach bars, water sports, and sunbed rentals.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Balchik Palace &amp; Botanical Garden — </w:t>
      </w:r>
      <w:r>
        <w:rPr>
          <w:rFonts w:ascii="Arial" w:hAnsi="Arial" w:cs="Arial"/>
          <w:b w:val="0"/>
          <w:i w:val="0"/>
          <w:sz w:val="20"/>
        </w:rPr>
        <w:t>Queen Marie of Romania's whimsical summer residence perched on white chalk cliffs, 45 km north of Varna, surrounded by one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Garden to Cathedral: </w:t>
      </w:r>
      <w:r>
        <w:rPr>
          <w:rFonts w:ascii="Arial" w:hAnsi="Arial" w:cs="Arial"/>
          <w:b w:val="0"/>
          <w:i w:val="0"/>
          <w:sz w:val="20"/>
        </w:rPr>
        <w:t>2.5 km | ~30-35 min | Flat to gentle uphill — Exit the terminal into the Sea Garden (Morska Gradina), Bulgaria's grandest coastal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Thermae Loop: </w:t>
      </w:r>
      <w:r>
        <w:rPr>
          <w:rFonts w:ascii="Arial" w:hAnsi="Arial" w:cs="Arial"/>
          <w:b w:val="0"/>
          <w:i w:val="0"/>
          <w:sz w:val="20"/>
        </w:rPr>
        <w:t>1.5 km | ~20 min | Easy — A short walk from the pier through the old town to the Roman Thermae — the largest ancient building…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5:44AM–8:25PM · Jul 5:42AM–8:45PM · Sep 6:48AM–7:18PM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cruiseports.org/varna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Varna, Black Sea Coast, Bulgaria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ar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Park Museum „Vladislav Varnenchik“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Graffit Gallery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Varna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Retro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Public Astronomical Observatory &amp; Planetarium Nicolaus Copernicus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Clock Tower of Varna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Dolphinarium Varna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DETSKI KAT VARNA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