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Vardø,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treeless island in the Barents Sea, Vardø is Norway's easternmost outpost — a place of stark Arctic beauty, a sobering witch-trial memorial, and one of Europe's greatest seabird cliffs.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(dock) · 🕒 Typical call: 6-8 hrs · 💵 Norwegian Krone (NOK) — cards accepted everywhere · 🗣️ Norwegian (English widely spoken) · ☀️ Midnight sun mid-May to late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Vardø Havn, steps from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to main street; 5 min to fortress; 15 min to Steilneset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birdwatching, stark Arctic landscapes, street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Steilneset Memorial — one of the world's most powerful public monuments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100–175 (short trips) — Local taxis are available but Norwegian taxi rates are among Europe's highest. For the short hop into town they're rarel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Steilneset Memorial — </w:t>
      </w:r>
      <w:r>
        <w:rPr>
          <w:rFonts w:ascii="Arial" w:hAnsi="Arial" w:cs="Arial"/>
          <w:b w:val="0"/>
          <w:i w:val="0"/>
          <w:sz w:val="20"/>
        </w:rPr>
        <w:t>Designed by architect Peter Zumthor and artist Louise Bourgeois, this 125-metre silk cocoon honours the 91 victims executed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Vardøhus Fortress — </w:t>
      </w:r>
      <w:r>
        <w:rPr>
          <w:rFonts w:ascii="Arial" w:hAnsi="Arial" w:cs="Arial"/>
          <w:b w:val="0"/>
          <w:i w:val="0"/>
          <w:sz w:val="20"/>
        </w:rPr>
        <w:t>The world's northernmost star fortress, first established around 1307 and rebuilt in its current octagonal form in 1734.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Hornøya Island Birdwatching — </w:t>
      </w:r>
      <w:r>
        <w:rPr>
          <w:rFonts w:ascii="Arial" w:hAnsi="Arial" w:cs="Arial"/>
          <w:b w:val="0"/>
          <w:i w:val="0"/>
          <w:sz w:val="20"/>
        </w:rPr>
        <w:t>Norway's easternmost point and one of Europe's premier seabird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&amp; Town Walk — </w:t>
      </w:r>
      <w:r>
        <w:rPr>
          <w:rFonts w:ascii="Arial" w:hAnsi="Arial" w:cs="Arial"/>
          <w:b w:val="0"/>
          <w:i w:val="0"/>
          <w:sz w:val="20"/>
        </w:rPr>
        <w:t>In 2012, artist Pøbel's Komafest project brought international muralists to paint Vardø's abandoned wooden buildings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Drakkar Sculpture &amp; Coastal Walk — </w:t>
      </w:r>
      <w:r>
        <w:rPr>
          <w:rFonts w:ascii="Arial" w:hAnsi="Arial" w:cs="Arial"/>
          <w:b w:val="0"/>
          <w:i w:val="0"/>
          <w:sz w:val="20"/>
        </w:rPr>
        <w:t>A massive driftwood sculpture on the island's north shore — part Viking longship, part sea monster — built by Russian artists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Fortress to Steilneset Loop: </w:t>
      </w:r>
      <w:r>
        <w:rPr>
          <w:rFonts w:ascii="Arial" w:hAnsi="Arial" w:cs="Arial"/>
          <w:b w:val="0"/>
          <w:i w:val="0"/>
          <w:sz w:val="20"/>
        </w:rPr>
        <w:t>3 km · 45-60 min · Easy · Paved paths — From the harbour pier, walk north-west to Vardøhus Fortress (5 min), then loop south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Shore to Drakkar Sculpture: </w:t>
      </w:r>
      <w:r>
        <w:rPr>
          <w:rFonts w:ascii="Arial" w:hAnsi="Arial" w:cs="Arial"/>
          <w:b w:val="0"/>
          <w:i w:val="0"/>
          <w:sz w:val="20"/>
        </w:rPr>
        <w:t>2.5 km one-way · 25-30 min · Easy · Coastal path — Head north from the pier along the island's perimeter to reach the striking Drakkar wooden…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5:07AM–6:31PM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cruiseports.org/vardo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Vardø,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rd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Partisanmuseet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Steilneset Memorial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Vardøhus Fortress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