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Vallejo,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home to the U.S. Navy's first Pacific shipyard, Vallejo blends industrial history with waterfront craft breweries, walkable promenade access, and an easy hop to Napa Valley wine country.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4-8 hrs · 💵 US Dollar · 🗣️ English · 🍷 Napa Valley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Vallejo Waterfront/Municipal Marina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downtown; waterfront promenade is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Navy history, craft beverages, Napa day trips, SF ferry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Mare Island's historic shipyard, St. Peter's Chapel Tiffany windows, Mare Island Brewing Co.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$4–$10 — Taxis are available outside the terminal for short hops around downtown Vallejo. Fares are low given the terminal's cent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Mare Island Naval Shipyard — </w:t>
      </w:r>
      <w:r>
        <w:rPr>
          <w:rFonts w:ascii="Arial" w:hAnsi="Arial" w:cs="Arial"/>
          <w:b w:val="0"/>
          <w:i w:val="0"/>
          <w:sz w:val="20"/>
        </w:rPr>
        <w:t>Explore the first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Peter's Chapel — Tiffany Windows — </w:t>
      </w:r>
      <w:r>
        <w:rPr>
          <w:rFonts w:ascii="Arial" w:hAnsi="Arial" w:cs="Arial"/>
          <w:b w:val="0"/>
          <w:i w:val="0"/>
          <w:sz w:val="20"/>
        </w:rPr>
        <w:t>The oldest naval chapel in the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Mare Island Craft Beverages Trail — </w:t>
      </w:r>
      <w:r>
        <w:rPr>
          <w:rFonts w:ascii="Arial" w:hAnsi="Arial" w:cs="Arial"/>
          <w:b w:val="0"/>
          <w:i w:val="0"/>
          <w:sz w:val="20"/>
        </w:rPr>
        <w:t>Hit the Mare Island Brewing 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Francisco by Ferry — </w:t>
      </w:r>
      <w:r>
        <w:rPr>
          <w:rFonts w:ascii="Arial" w:hAnsi="Arial" w:cs="Arial"/>
          <w:b w:val="0"/>
          <w:i w:val="0"/>
          <w:sz w:val="20"/>
        </w:rPr>
        <w:t>The Vallejo–San Francisco Bay Ferry departs steps from the ship and delivers you to the SF Ferry Building in about an hour…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Napa Valley Day Trip — </w:t>
      </w:r>
      <w:r>
        <w:rPr>
          <w:rFonts w:ascii="Arial" w:hAnsi="Arial" w:cs="Arial"/>
          <w:b w:val="0"/>
          <w:i w:val="0"/>
          <w:sz w:val="20"/>
        </w:rPr>
        <w:t>Vallejo is the closest Bay Area port to Napa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Walk: </w:t>
      </w:r>
      <w:r>
        <w:rPr>
          <w:rFonts w:ascii="Arial" w:hAnsi="Arial" w:cs="Arial"/>
          <w:b w:val="0"/>
          <w:i w:val="0"/>
          <w:sz w:val="20"/>
        </w:rPr>
        <w:t>1–2 miles · Easy · 30–60 min — Head out from the marina along the waterfront promenade, enjoying views of Mare Island Strait…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Vallejo Heritage Walk: </w:t>
      </w:r>
      <w:r>
        <w:rPr>
          <w:rFonts w:ascii="Arial" w:hAnsi="Arial" w:cs="Arial"/>
          <w:b w:val="0"/>
          <w:i w:val="0"/>
          <w:sz w:val="20"/>
        </w:rPr>
        <w:t>1 mile · Easy · 45 min — From the marina, walk east on Georgia Street into downtown.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5:58AM–8:13PM · Jul 5:58AM–8:30PM · Sep 6:51AM–7:16PM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cruiseports.org/vallejo-ca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Vallejo,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lejo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Six Flags Discovery Kingdom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Alexander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Napa Valley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Richardson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 Foley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Grant Mahony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Benicia State Recreation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Shoreline Park Area Picnic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