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Vairao, Tahiti Iti, French Polynesia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wild side of Tahiti. Vairao anchors ships in a deep bay on Tahiti Iti, steps from the world's most fearsome wave and a roadless wilderness most tourists never reach.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6-8 hrs · 💵 French Pacific Franc (XPF) · 🗣️ French / Tahitian · 🏄 Home of Teahupo'o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Vairao Bay; tender to Vairao quay (inaugurated 2018)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Village shops within 5-10 min on foot; major sights require transport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Boat tours to Teahupo'o, Fenua Aihere wilderness, Maui Beach, authentic Polynesian village life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 boat tour to the Teahupo'o reef — one of the world's most spectacular waves, safely viewed from the lagoon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2,500–3,500 XPF (~$25–35 USD) — Regulated taxis available at the port. Fares to nearby villages are modest; a ride to Papeete (~45 km north) runs consid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Teahupo'o Reef Boat Tour — </w:t>
      </w:r>
      <w:r>
        <w:rPr>
          <w:rFonts w:ascii="Arial" w:hAnsi="Arial" w:cs="Arial"/>
          <w:b w:val="0"/>
          <w:i w:val="0"/>
          <w:sz w:val="20"/>
        </w:rPr>
        <w:t>The must-do at Vairao.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Fenua Aihere Wilderness Boat Trip — </w:t>
      </w:r>
      <w:r>
        <w:rPr>
          <w:rFonts w:ascii="Arial" w:hAnsi="Arial" w:cs="Arial"/>
          <w:b w:val="0"/>
          <w:i w:val="0"/>
          <w:sz w:val="20"/>
        </w:rPr>
        <w:t>The roadless far end of Tahiti Iti — accessible only by boat.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Maui Beach Day — </w:t>
      </w:r>
      <w:r>
        <w:rPr>
          <w:rFonts w:ascii="Arial" w:hAnsi="Arial" w:cs="Arial"/>
          <w:b w:val="0"/>
          <w:i w:val="0"/>
          <w:sz w:val="20"/>
        </w:rPr>
        <w:t>One of the rare white-sand beaches on Tahiti, about 10 minutes by car from the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Taravao Plateau Lookout — </w:t>
      </w:r>
      <w:r>
        <w:rPr>
          <w:rFonts w:ascii="Arial" w:hAnsi="Arial" w:cs="Arial"/>
          <w:b w:val="0"/>
          <w:i w:val="0"/>
          <w:sz w:val="20"/>
        </w:rPr>
        <w:t>Drive up to the Belvedere de Taravao for sweeping views over the isthmus connecting Tahiti's two peninsulas — rolling green…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Vaipahi Water Garden — </w:t>
      </w:r>
      <w:r>
        <w:rPr>
          <w:rFonts w:ascii="Arial" w:hAnsi="Arial" w:cs="Arial"/>
          <w:b w:val="0"/>
          <w:i w:val="0"/>
          <w:sz w:val="20"/>
        </w:rPr>
        <w:t>About 20 minutes along the south coast of Tahiti Nui, this botanical garden features lush walking paths through tropical flora…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Vairao Village Stroll: </w:t>
      </w:r>
      <w:r>
        <w:rPr>
          <w:rFonts w:ascii="Arial" w:hAnsi="Arial" w:cs="Arial"/>
          <w:b w:val="0"/>
          <w:i w:val="0"/>
          <w:sz w:val="20"/>
        </w:rPr>
        <w:t>~30-45 min · Easy · Flat — A gentle walk through this quiet Polynesian village: local homes with colorful gardens, the…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cruiseports.org/vairao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Vairao, Tahiti Iti, French Polynesia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aira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Tahiti iti pearl farm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Water Gardens Vaipahi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Harrison Smith Botanical Garden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Vaihi Waterfalls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