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Vadsø, Finnmark, Norway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polar explorers Amundsen and Nobile once moored their airships, Vadsø offers an authentic slice of the Arctic — windswept tundra, rare sea ducks, and a culture shaped by Finnish immigrants who made this northernmost coast their home.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(small/expedition ships) · 🕒 Typical call: 5–8 hrs · 💵 NOK (cashless, cards everywhere) · 🗣️ Norwegian (English widely spoken) · 🐦 World-class birdwatching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for expedition ships (Hurtigruten, Havila, Ponant); larger vessels may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~400 m / 5–10 min flat walk from the quay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Polar history, Kven culture, Arctic birdwatching, authentic Norway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Airship Mast on Vadsøya Island — used by Amundsen in 1926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100–300 NOK (€8–27) — Local taxis can take you around town or out to viewpoints on the Varanger Peninsula. Book in advance as availability is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Airship Mast &amp; Vadsøya Heritage Walk — </w:t>
      </w:r>
      <w:r>
        <w:rPr>
          <w:rFonts w:ascii="Arial" w:hAnsi="Arial" w:cs="Arial"/>
          <w:b w:val="0"/>
          <w:i w:val="0"/>
          <w:sz w:val="20"/>
        </w:rPr>
        <w:t>Walk the pedestrian bridge to Vadsøya Island to see the original steel mooring mast used by Roald Amundsen's airship Norge (1926)…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Ruija Kven Museum — </w:t>
      </w:r>
      <w:r>
        <w:rPr>
          <w:rFonts w:ascii="Arial" w:hAnsi="Arial" w:cs="Arial"/>
          <w:b w:val="0"/>
          <w:i w:val="0"/>
          <w:sz w:val="20"/>
        </w:rPr>
        <w:t>Norway's only museum dedicated to the Kven people — Finnish immigrants who settled Finnmark in the 18th and 19th centuries.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Ekkerøy Bird Sanctuary — </w:t>
      </w:r>
      <w:r>
        <w:rPr>
          <w:rFonts w:ascii="Arial" w:hAnsi="Arial" w:cs="Arial"/>
          <w:b w:val="0"/>
          <w:i w:val="0"/>
          <w:sz w:val="20"/>
        </w:rPr>
        <w:t>A 15-minute drive east of Vadsø, Ekkerøy's dramatic bird cliffs are one of Europe's top birdwatching destinations.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Varanger Tundra Drive — </w:t>
      </w:r>
      <w:r>
        <w:rPr>
          <w:rFonts w:ascii="Arial" w:hAnsi="Arial" w:cs="Arial"/>
          <w:b w:val="0"/>
          <w:i w:val="0"/>
          <w:sz w:val="20"/>
        </w:rPr>
        <w:t>The treeless, otherworldly tundra of the Varanger Peninsula stretches to the Russian border.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Center to Airship Mast: </w:t>
      </w:r>
      <w:r>
        <w:rPr>
          <w:rFonts w:ascii="Arial" w:hAnsi="Arial" w:cs="Arial"/>
          <w:b w:val="0"/>
          <w:i w:val="0"/>
          <w:sz w:val="20"/>
        </w:rPr>
        <w:t>2.5 km round trip · ~45 min · Flat · Free — Walk from the quay through the town center past Vadsø Church and the Gjenreisning Monument, cross…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Ytrebyen Wooden House Walk: </w:t>
      </w:r>
      <w:r>
        <w:rPr>
          <w:rFonts w:ascii="Arial" w:hAnsi="Arial" w:cs="Arial"/>
          <w:b w:val="0"/>
          <w:i w:val="0"/>
          <w:sz w:val="20"/>
        </w:rPr>
        <w:t>1 km loop · ~20 min · Flat · Free — Stroll through the Ytrebyen neighborhood to see the rare surviving pre-WWII Kven wooden houses…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Layer up, always. Even in July, Vadsø averages 10°C (50°F) with strong winds off the Barents Sea. Pack a windproof jacket, hat, and gloves regardless of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Norway is cashless. You will not need Norwegian Krone notes. Cards (Visa/Mastercard) are accepted everywhere — at the museum, bakeries, and even taxis.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Try the King Crab. The Varangerfjord is one of the world's great King Crab fisheries. If a café has it on the menu, order it — it's sweet, enormous, and very…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cruiseports.org/vadso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