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Uummannaq, West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Rising 1,170 metres above a fjord choked with cathedral-sized icebergs, Uummannaq's heart-shaped mountain gives this tiny island town its name — and a reason to feel like you've reached the edge of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(Zodiac or ship's tender) · 🕒 Typical call: 5–8 hrs · 💵 Danish Krone (DKK) — limited card acceptance · 🗣️ Greenlandic &amp; Danish · 🧊 Expedition cruise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offshore; all passengers come ashore by tender or Zodiac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Landing area is the town harbor — church, museum and main street within 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Iceberg scenery, Inuit culture, remote Arctic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Uummannaq Museum (1880 hospital) and the view of the heart-shaped mountain from the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~30–50 DKK (short trips) — Very limited taxis available; pre-booking strongly advised (Uummannaq Taxi: +299 551717). Cash (DKK) recommended as card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Boat Tour — Uummannaq Fjord — </w:t>
      </w:r>
      <w:r>
        <w:rPr>
          <w:rFonts w:ascii="Arial" w:hAnsi="Arial" w:cs="Arial"/>
          <w:b w:val="0"/>
          <w:i w:val="0"/>
          <w:sz w:val="20"/>
        </w:rPr>
        <w:t>Sail among cathedral-sized icebergs calved from nearby glaciers, including the fast-moving Qarajaq glacier.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Uummannaq Museum — </w:t>
      </w:r>
      <w:r>
        <w:rPr>
          <w:rFonts w:ascii="Arial" w:hAnsi="Arial" w:cs="Arial"/>
          <w:b w:val="0"/>
          <w:i w:val="0"/>
          <w:sz w:val="20"/>
        </w:rPr>
        <w:t>Housed in Greenland's oldest surviving hospital building (1880), this excellent small museum covers the Qilakitsoq mummies…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Walk — Church, Santa's Office &amp; Earthen Houses — </w:t>
      </w:r>
      <w:r>
        <w:rPr>
          <w:rFonts w:ascii="Arial" w:hAnsi="Arial" w:cs="Arial"/>
          <w:b w:val="0"/>
          <w:i w:val="0"/>
          <w:sz w:val="20"/>
        </w:rPr>
        <w:t>Explore Uummannaq's compact center: the 1935 stone church built from local granite boulders (Greenland's only stone church),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Santa's Cabin &amp; Mountain Views — </w:t>
      </w:r>
      <w:r>
        <w:rPr>
          <w:rFonts w:ascii="Arial" w:hAnsi="Arial" w:cs="Arial"/>
          <w:b w:val="0"/>
          <w:i w:val="0"/>
          <w:sz w:val="20"/>
        </w:rPr>
        <w:t>A manageable marked trail leads up from town past mountain lakes to a small cabin with panoramic views of the fjord, icebergs…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Qilakitsoq Archaeological Site Boat Trip — </w:t>
      </w:r>
      <w:r>
        <w:rPr>
          <w:rFonts w:ascii="Arial" w:hAnsi="Arial" w:cs="Arial"/>
          <w:b w:val="0"/>
          <w:i w:val="0"/>
          <w:sz w:val="20"/>
        </w:rPr>
        <w:t>A longer boat excursion to the Qilakitsoq cliffs on the far side of the fjord, where eight Inuit mummies dating to around 1475 AD…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Stone Church Loop: </w:t>
      </w:r>
      <w:r>
        <w:rPr>
          <w:rFonts w:ascii="Arial" w:hAnsi="Arial" w:cs="Arial"/>
          <w:b w:val="0"/>
          <w:i w:val="0"/>
          <w:sz w:val="20"/>
        </w:rPr>
        <w:t>1.5 km · 25 min · Easy — From the harbor quay, walk up the main street past colorful wooden homes and the old doctor's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 to the Mountain Viewpoint: </w:t>
      </w:r>
      <w:r>
        <w:rPr>
          <w:rFonts w:ascii="Arial" w:hAnsi="Arial" w:cs="Arial"/>
          <w:b w:val="0"/>
          <w:i w:val="0"/>
          <w:sz w:val="20"/>
        </w:rPr>
        <w:t>3–4 km return · 1.5 hrs · Moderate — A marked trail from the edge of town climbs past a small mountain lake toward Santa's Cabin.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6:17AM–10:42PM · Sep 7:41AM–9:03PM · Oct 9:47AM–6:39PM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layers. Summer temperatures are 5–10°C with strong wind chill, and Zodiac landings spray cold water. Waterproof jacket, gloves, and warm base layer…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(DKK) cash. Card payment works at the museum and some shops, but cash is safer for small purchases and local crafts.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schedule is weather-dependent. Arctic swells can delay or shorten tender operations. Check your ship's daily program and don't cut the return time close.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cruiseports.org/uummannaq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