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Upernavik, Northwest Greenland, Greenland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a rocky island 800 km above the Arctic Circle, Upernavik rewards expedition cruisers with cathedral icebergs drifting past brightly painted houses, working dog teams, and a raw glimpse of Greenlandic life far beyond the tourist trail.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5–7 hrs · 💵 Danish Krone (DKK) — limited card acceptance · 🗣️ Greenlandic &amp; Danish · 🧊 Arctic expedition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Zodiacs to the local boat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from tender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Icebergs, Inuit heritage, wilderness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Upernavik Museum &amp; cemetery viewpoint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Varies — A small number of taxis are available in Upernavik, though they are rarely needed given the town's compact size. Useful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Upernavik Icefjord Zodiac Cruise — </w:t>
      </w:r>
      <w:r>
        <w:rPr>
          <w:rFonts w:ascii="Arial" w:hAnsi="Arial" w:cs="Arial"/>
          <w:b w:val="0"/>
          <w:i w:val="0"/>
          <w:sz w:val="20"/>
        </w:rPr>
        <w:t>Glide among some of the world's largest icebergs calved from the glaciers feeding the Upernavik Icefjord just north of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Upernavik Museum (Old Town) — </w:t>
      </w:r>
      <w:r>
        <w:rPr>
          <w:rFonts w:ascii="Arial" w:hAnsi="Arial" w:cs="Arial"/>
          <w:b w:val="0"/>
          <w:i w:val="0"/>
          <w:sz w:val="20"/>
        </w:rPr>
        <w:t>The world's northernmost open-air museum occupies the original 1772 colonial quarter.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Church &amp; Cemetery Walk — </w:t>
      </w:r>
      <w:r>
        <w:rPr>
          <w:rFonts w:ascii="Arial" w:hAnsi="Arial" w:cs="Arial"/>
          <w:b w:val="0"/>
          <w:i w:val="0"/>
          <w:sz w:val="20"/>
        </w:rPr>
        <w:t>The black-and-white wooden church dating to 1859 stands in the historic quarter.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&amp; Wildlife Boat Tour — </w:t>
      </w:r>
      <w:r>
        <w:rPr>
          <w:rFonts w:ascii="Arial" w:hAnsi="Arial" w:cs="Arial"/>
          <w:b w:val="0"/>
          <w:i w:val="0"/>
          <w:sz w:val="20"/>
        </w:rPr>
        <w:t>Local boat operators run trips through the Upernavik Archipelago, where narwhals, beluga whales, seals, and seabirds are…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Among Icebergs — </w:t>
      </w:r>
      <w:r>
        <w:rPr>
          <w:rFonts w:ascii="Arial" w:hAnsi="Arial" w:cs="Arial"/>
          <w:b w:val="0"/>
          <w:i w:val="0"/>
          <w:sz w:val="20"/>
        </w:rPr>
        <w:t>Paddle Greenland's waters as the Inuit have for centuries.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&amp; Viewpoint Loop: </w:t>
      </w:r>
      <w:r>
        <w:rPr>
          <w:rFonts w:ascii="Arial" w:hAnsi="Arial" w:cs="Arial"/>
          <w:b w:val="0"/>
          <w:i w:val="0"/>
          <w:sz w:val="20"/>
        </w:rPr>
        <w:t>2–3 km · 1–1.5 hrs · Moderate (steep sections) — From the boat harbour walk uphill through the colourful town past the Old Church to the Upernavik…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6:14AM–11:19PM · Sep 7:51AM–9:24PM · Oct 10:16AM–6:42PM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Danish Krone cash. The museum and craft sellers often prefer DKK. There is one ATM (at the Pilersuisoq supermarket) but it can run out of cash when…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Layer up, even in summer. July–August temperatures hover around 5–10 °C (41–50 °F) with fierce wind chill. Bring a windproof and waterproof outer layer, warm…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Arctic mosquitoes are real. In July and August, when the wind drops, they can be fierce. Pack high-DEET repellent and consider a head net.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cruiseports.org/upernavik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