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Ulsteinvik,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unspoiled Norwegian maritime hub where futuristic X-BOW ships share the harbour with seabird cliffs and sandy Atlantic beaches — no tourist crowds, just genuine coastal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(alongside) · 🕒 Typical call: 6-8 hrs · 💵 Norwegian Krone (NOK) — cards universal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alongside (Storkaia/Kvalneset); tender very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3–10 min flat walk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hikes, birdwatching, maritime curiosity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Runde Island puffins (May–Jul) or hike Hasundhornet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130–160 kr (~$12–15 USD) — Local taxis are available from the port to the town center (~3 km, ~3 minutes). Advance booking recommended; surcharges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Runde Bird Island — </w:t>
      </w:r>
      <w:r>
        <w:rPr>
          <w:rFonts w:ascii="Arial" w:hAnsi="Arial" w:cs="Arial"/>
          <w:b w:val="0"/>
          <w:i w:val="0"/>
          <w:sz w:val="20"/>
        </w:rPr>
        <w:t>A 45-minute drive or RIB boat ride to Runde, where over 500,000 seabirds — including Atlantic puffins — nest in dramatic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&amp; Ocean Safari — </w:t>
      </w:r>
      <w:r>
        <w:rPr>
          <w:rFonts w:ascii="Arial" w:hAnsi="Arial" w:cs="Arial"/>
          <w:b w:val="0"/>
          <w:i w:val="0"/>
          <w:sz w:val="20"/>
        </w:rPr>
        <w:t>High-speed inflatable boat tours along the island coastline, past seal colonies, sea eagle nesting sites, and dramatic sea stacks.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Hasundhornet — </w:t>
      </w:r>
      <w:r>
        <w:rPr>
          <w:rFonts w:ascii="Arial" w:hAnsi="Arial" w:cs="Arial"/>
          <w:b w:val="0"/>
          <w:i w:val="0"/>
          <w:sz w:val="20"/>
        </w:rPr>
        <w:t>A rewarding hike straight from the port to the 533 m summit of Hasundhornet, with 360-degree views of the surrounding islands…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Ulsteinvik Town Walk — </w:t>
      </w:r>
      <w:r>
        <w:rPr>
          <w:rFonts w:ascii="Arial" w:hAnsi="Arial" w:cs="Arial"/>
          <w:b w:val="0"/>
          <w:i w:val="0"/>
          <w:sz w:val="20"/>
        </w:rPr>
        <w:t>Walk the working shipyard waterfront where Ulstein X-BOW vessels are built, visit the octagonal 1849 Ulstein Kyrkje church,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Sunnmørsbadet Water Park — </w:t>
      </w:r>
      <w:r>
        <w:rPr>
          <w:rFonts w:ascii="Arial" w:hAnsi="Arial" w:cs="Arial"/>
          <w:b w:val="0"/>
          <w:i w:val="0"/>
          <w:sz w:val="20"/>
        </w:rPr>
        <w:t>A modern indoor water park and spa in the town centre with wave pool, slides, and thermal hot tubs — a perfect retreat on a rainy…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Town Circuit: </w:t>
      </w:r>
      <w:r>
        <w:rPr>
          <w:rFonts w:ascii="Arial" w:hAnsi="Arial" w:cs="Arial"/>
          <w:b w:val="0"/>
          <w:i w:val="0"/>
          <w:sz w:val="20"/>
        </w:rPr>
        <w:t>1.5 km · 25 min · Flat · Free — From the pier, walk the working harbour past the X-BOW shipyard hulls to the Sjøborg Cultural…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Osnesanden Beach Stroll: </w:t>
      </w:r>
      <w:r>
        <w:rPr>
          <w:rFonts w:ascii="Arial" w:hAnsi="Arial" w:cs="Arial"/>
          <w:b w:val="0"/>
          <w:i w:val="0"/>
          <w:sz w:val="20"/>
        </w:rPr>
        <w:t>2 km · 20 min each way · Flat · Free — A pleasant coastal walk from the pier to Osnesanden, a crescent sandy beach with a playground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4:40AM–10:27PM · Sep 7:02AM–7:59PM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cruiseports.org/ulsteinvik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Ulsteinvik,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lstein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Ishavsmuseet Aarvak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Kvitneset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Herøy Church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