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Ulsan, South Korea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city that built modern Korea — home to the world's largest car plant and shipyard — surprises cruise visitors with dramatic coastal parks, bamboo forests, and Neolithic whale carvings that predate history.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(cargo berth) · 🕒 Typical call: 8-10 hrs · 💵 Korean Won (KRW) · 🗣️ Korean (minimal English) · 🐋 Whale heritage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Alongside pier at Ulsan Main Port; no tender operations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— taxi or shuttle required (port is industrial/secure)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Industrial tourism, coastal parks, Korean culinary experiences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Taehwagang National Garden bamboo grove and Daewangam coastal park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₩4,500 base + meter — Metered taxis are readily available in Ulsan. The base fare is ₩4,500 KRW; expect ₩10,000–₩20,000 KRW to central Ulsan 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Kakao T, Uber Taxi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Taehwagang National Garden &amp; Bamboo Grove — </w:t>
      </w:r>
      <w:r>
        <w:rPr>
          <w:rFonts w:ascii="Arial" w:hAnsi="Arial" w:cs="Arial"/>
          <w:b w:val="0"/>
          <w:i w:val="0"/>
          <w:sz w:val="20"/>
        </w:rPr>
        <w:t>Once a polluted river, the Taehwagang was transformed into a vast award-winning ecological park.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Daewangam Coastal Park — </w:t>
      </w:r>
      <w:r>
        <w:rPr>
          <w:rFonts w:ascii="Arial" w:hAnsi="Arial" w:cs="Arial"/>
          <w:b w:val="0"/>
          <w:i w:val="0"/>
          <w:sz w:val="20"/>
        </w:rPr>
        <w:t>A forest of 15,000 pine trees leads to dramatic rocky coastline.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Bangudae Petroglyphs — </w:t>
      </w:r>
      <w:r>
        <w:rPr>
          <w:rFonts w:ascii="Arial" w:hAnsi="Arial" w:cs="Arial"/>
          <w:b w:val="0"/>
          <w:i w:val="0"/>
          <w:sz w:val="20"/>
        </w:rPr>
        <w:t>Neolithic and Bronze Age rock carvings depicting whales, deer, and hunters — considered humanity's earliest record of whaling.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Jangsaengpo Whale Culture Village — </w:t>
      </w:r>
      <w:r>
        <w:rPr>
          <w:rFonts w:ascii="Arial" w:hAnsi="Arial" w:cs="Arial"/>
          <w:b w:val="0"/>
          <w:i w:val="0"/>
          <w:sz w:val="20"/>
        </w:rPr>
        <w:t>Korea banned commercial whaling in 1986 and Ulsan pivoted to whale conservation tourism.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Hyundai Motor Plant Tour — </w:t>
      </w:r>
      <w:r>
        <w:rPr>
          <w:rFonts w:ascii="Arial" w:hAnsi="Arial" w:cs="Arial"/>
          <w:b w:val="0"/>
          <w:i w:val="0"/>
          <w:sz w:val="20"/>
        </w:rPr>
        <w:t>The largest single automobile factory in the world.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Daewangam Park Coastal Loop: </w:t>
      </w:r>
      <w:r>
        <w:rPr>
          <w:rFonts w:ascii="Arial" w:hAnsi="Arial" w:cs="Arial"/>
          <w:b w:val="0"/>
          <w:i w:val="0"/>
          <w:sz w:val="20"/>
        </w:rPr>
        <w:t>3 km · 1 hr · Easy · Free — From the park entrance, follow pine-shaded paths to the dramatic rocky shoreline, cross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Taehwagang Bamboo Grove Stroll: </w:t>
      </w:r>
      <w:r>
        <w:rPr>
          <w:rFonts w:ascii="Arial" w:hAnsi="Arial" w:cs="Arial"/>
          <w:b w:val="0"/>
          <w:i w:val="0"/>
          <w:sz w:val="20"/>
        </w:rPr>
        <w:t>4 km · 1-1.5 hrs · Flat · Free — Walk the length of the Simnidaesup bamboo forest along the Taehwagang riverbank — serene…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5:18AM–7:20PM · Jul 5:18AM–7:38PM · Sep 6:05AM–6:29PM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cruiseports.org/ulsan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Ulsan, South Korea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ulsa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울산교 장생이다리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Yong-gul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와와공원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Seuldo Lighthouse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명촌근린공원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문수호반광장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화암추등대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문수체육공원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