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Ua Pou, Marquesas Islands,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Ua Pou's jagged basalt spires pierce the clouds like a Gothic cathedral, rising above a wild, culturally rich island where stone-carvers still shape the rare flower stone found almost nowhere else on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in bay) · 🕒 Typical call: 6–8 hrs · 💵 CFP Franc (XPF) · 🗣️ French &amp; Marquesan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Hakahau wharf — ships anchor in the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flat walk from tender pier to Hakahau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Marquesan crafts, flower stones, volcanic scenery,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carved pulpit in St. Etienne Church and artisan stalls at the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~1,500–3,000 XPF — Very limited taxis operate on the island; Yolani Transport is one known operator in Hakahau. Arrange in advance through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Hakahau Village &amp; Artisan Market — </w:t>
      </w:r>
      <w:r>
        <w:rPr>
          <w:rFonts w:ascii="Arial" w:hAnsi="Arial" w:cs="Arial"/>
          <w:b w:val="0"/>
          <w:i w:val="0"/>
          <w:sz w:val="20"/>
        </w:rPr>
        <w:t>Wander the village, browse world-class Marquesan wood and stone carvings, and visit the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4x4 Safari to Hohoi Valley &amp; Flower Stone Beach — </w:t>
      </w:r>
      <w:r>
        <w:rPr>
          <w:rFonts w:ascii="Arial" w:hAnsi="Arial" w:cs="Arial"/>
          <w:b w:val="0"/>
          <w:i w:val="0"/>
          <w:sz w:val="20"/>
        </w:rPr>
        <w:t>Ride through rugged mountain terrain to Hohoi beach on the island's eastern side, where rare phonolite flower stones — found…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the Cross Viewpoint — </w:t>
      </w:r>
      <w:r>
        <w:rPr>
          <w:rFonts w:ascii="Arial" w:hAnsi="Arial" w:cs="Arial"/>
          <w:b w:val="0"/>
          <w:i w:val="0"/>
          <w:sz w:val="20"/>
        </w:rPr>
        <w:t>A steep 20–30-minute hike from the village reaches a white cross on the hill overlooking Hakahau Bay, with panoramic views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Tohua Mauia Ceremonial Site — </w:t>
      </w:r>
      <w:r>
        <w:rPr>
          <w:rFonts w:ascii="Arial" w:hAnsi="Arial" w:cs="Arial"/>
          <w:b w:val="0"/>
          <w:i w:val="0"/>
          <w:sz w:val="20"/>
        </w:rPr>
        <w:t>Ua Pou's largest archaeological site, set above the valley of Hohoi on the island's eastern side and extensively restored for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Anahoa Beach Walk — </w:t>
      </w:r>
      <w:r>
        <w:rPr>
          <w:rFonts w:ascii="Arial" w:hAnsi="Arial" w:cs="Arial"/>
          <w:b w:val="0"/>
          <w:i w:val="0"/>
          <w:sz w:val="20"/>
        </w:rPr>
        <w:t>A coastal walk of about 15–20 minutes east of the village reaches Anahoa, Ua Pou's most photogenic golden-sand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Tender Pier to St. Etienne Church &amp; Artisan Market: </w:t>
      </w:r>
      <w:r>
        <w:rPr>
          <w:rFonts w:ascii="Arial" w:hAnsi="Arial" w:cs="Arial"/>
          <w:b w:val="0"/>
          <w:i w:val="0"/>
          <w:sz w:val="20"/>
        </w:rPr>
        <w:t>~400 m · 5 min · Flat · Free — Flat paved walk from the tender dock through the village waterfront to the artisan stalls and the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Cross Viewpoint: </w:t>
      </w:r>
      <w:r>
        <w:rPr>
          <w:rFonts w:ascii="Arial" w:hAnsi="Arial" w:cs="Arial"/>
          <w:b w:val="0"/>
          <w:i w:val="0"/>
          <w:sz w:val="20"/>
        </w:rPr>
        <w:t>~1 km · 20–30 min · Steep · Free — From the village center, follow the trail uphill to the white cross on the ridge for sweeping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Anahoa Beach: </w:t>
      </w:r>
      <w:r>
        <w:rPr>
          <w:rFonts w:ascii="Arial" w:hAnsi="Arial" w:cs="Arial"/>
          <w:b w:val="0"/>
          <w:i w:val="0"/>
          <w:sz w:val="20"/>
        </w:rPr>
        <w:t>~1.5 km · 15–20 min · Easy–moderate · Free — Walk east along the coast road and over a low headland to reach Anahoa, the island's most scenic…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No-nos are your biggest enemy. Tiny black sandflies bite relentlessly and itch for weeks. Apply DEET repellent or monoi oil with citronella before you step off…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cash in XPF. The Banque de Tahiti ATM in Hakahau often runs dry or rejects foreign cards on busy cruise days. Euros or USD are occasionally accepted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conditions can change fast. Hakahau Bay is generally sheltered, but swells can delay tenders. Keep an eye on ship announcements and leave yourself…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cruiseports.org/ua-pou-island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