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Twillingate, Newfoundland,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Perched on rugged islands in Notre Dame Bay, Twillingate is Newfoundland's iceberg capital — a place of colourful saltbox houses, crashing Atlantic swells, and boat tours that put you face-to-face with 20,000-year-old ice.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6-8 hrs · 💵 Canadian Dollar (CAD) · 🗣️ English (Newfoundland dialect) · 🧊 Iceberg season: May–early July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anchor in harbour, boats to Government Wharf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town: </w:t>
      </w:r>
      <w:r>
        <w:rPr>
          <w:rFonts w:ascii="Arial" w:hAnsi="Arial" w:cs="Arial"/>
          <w:b w:val="0"/>
          <w:i w:val="0"/>
          <w:sz w:val="20"/>
        </w:rPr>
        <w:t>0 min — tender lands in town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Iceberg &amp; whale watching, coastal hiking, outport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Long Point Lighthouse views and an iceberg boat tour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CAD 10–15 — Local taxis serve short hops around town (e.g. to Durrell ~3 km away). Confirm the fare before you go — no meters are st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Iceberg &amp; Whale Watching Boat Tour — </w:t>
      </w:r>
      <w:r>
        <w:rPr>
          <w:rFonts w:ascii="Arial" w:hAnsi="Arial" w:cs="Arial"/>
          <w:b w:val="0"/>
          <w:i w:val="0"/>
          <w:sz w:val="20"/>
        </w:rPr>
        <w:t>The signature Twillingate experience.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Long Point Lighthouse — </w:t>
      </w:r>
      <w:r>
        <w:rPr>
          <w:rFonts w:ascii="Arial" w:hAnsi="Arial" w:cs="Arial"/>
          <w:b w:val="0"/>
          <w:i w:val="0"/>
          <w:sz w:val="20"/>
        </w:rPr>
        <w:t>Newfoundland's most photographed lighthouse sits 300 ft above the Atlantic on Crow Head.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Prime Berth Fishing Heritage Centre — </w:t>
      </w:r>
      <w:r>
        <w:rPr>
          <w:rFonts w:ascii="Arial" w:hAnsi="Arial" w:cs="Arial"/>
          <w:b w:val="0"/>
          <w:i w:val="0"/>
          <w:sz w:val="20"/>
        </w:rPr>
        <w:t>An award-winning private museum created by a local fisherman near the causeway.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Auk Island Winery Tasting — </w:t>
      </w:r>
      <w:r>
        <w:rPr>
          <w:rFonts w:ascii="Arial" w:hAnsi="Arial" w:cs="Arial"/>
          <w:b w:val="0"/>
          <w:i w:val="0"/>
          <w:sz w:val="20"/>
        </w:rPr>
        <w:t>One of only two wineries in Newfoundland, producing wine from wild local berries — partridgeberry, bakeapple, blueberry —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Hiking — Rockcut Trails — </w:t>
      </w:r>
      <w:r>
        <w:rPr>
          <w:rFonts w:ascii="Arial" w:hAnsi="Arial" w:cs="Arial"/>
          <w:b w:val="0"/>
          <w:i w:val="0"/>
          <w:sz w:val="20"/>
        </w:rPr>
        <w:t>A network of trails from French Beach to Lower Little Harbour, hugging sheer cliffs and dramatic sea stacks.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Main Street Stroll: </w:t>
      </w:r>
      <w:r>
        <w:rPr>
          <w:rFonts w:ascii="Arial" w:hAnsi="Arial" w:cs="Arial"/>
          <w:b w:val="0"/>
          <w:i w:val="0"/>
          <w:sz w:val="20"/>
        </w:rPr>
        <w:t>1 km · 15 min · Easy · Flat — From the Government Wharf, head along Main Street South past craft shops,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Back Harbour Viewpoint Walk: </w:t>
      </w:r>
      <w:r>
        <w:rPr>
          <w:rFonts w:ascii="Arial" w:hAnsi="Arial" w:cs="Arial"/>
          <w:b w:val="0"/>
          <w:i w:val="0"/>
          <w:sz w:val="20"/>
        </w:rPr>
        <w:t>1.5 km · 20 min · Easy — Loop around to Back Harbour for sheltered, low-elevation views of the anchorage and surrounding…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5:24AM–8:47PM · Jul 5:18AM–9:10PM · Sep 6:45AM–7:21PM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cruiseports.org/twillingate-nl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Twillingate, Newfoundland, Canada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willingate-n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Prime Berth Fishing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Durrell Museum &amp; Brigade Artisan Shoppe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Twillingate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French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Top of Twillingate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Long Point Lighthouse &amp; Twillingate Lighthouse Heritage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Grand Old Shed Party Show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Dildo Run Provincial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