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Turku,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Finland's oldest city greets cruise ships with a medieval fortress at the dock and a walkable riverfront alive with floating restaurants, market halls, and 700 years of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7-10 hrs · 💶 Euro (€) — cashless city · 🗣️ Finnish/Swedish; English widely spoken · 🏰 UNESCO-adjacent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Turku Castle; 35-45 min to Market Square (3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food, river walks, archipelago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Turku Castle, Market Hall, Aura riverfront &amp; Kakola Hill funicular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€10–€20 — Taxis are available at the cruise terminal and take 5–10 minutes to the city center. Meters are standard; expect €10–15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Uber, Yango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Turku Castle — </w:t>
      </w:r>
      <w:r>
        <w:rPr>
          <w:rFonts w:ascii="Arial" w:hAnsi="Arial" w:cs="Arial"/>
          <w:b w:val="0"/>
          <w:i w:val="0"/>
          <w:sz w:val="20"/>
        </w:rPr>
        <w:t>One of Scandinavia's largest medieval fortresses, built in 1280 and just steps from the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Aboa Vetus Ars Nova Museum — </w:t>
      </w:r>
      <w:r>
        <w:rPr>
          <w:rFonts w:ascii="Arial" w:hAnsi="Arial" w:cs="Arial"/>
          <w:b w:val="0"/>
          <w:i w:val="0"/>
          <w:sz w:val="20"/>
        </w:rPr>
        <w:t>Walk underground into excavated medieval streets beneath a 15th-century palace, then emerge into a striking museum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Ruissalo Island &amp; Saaronniemi Beach — </w:t>
      </w:r>
      <w:r>
        <w:rPr>
          <w:rFonts w:ascii="Arial" w:hAnsi="Arial" w:cs="Arial"/>
          <w:b w:val="0"/>
          <w:i w:val="0"/>
          <w:sz w:val="20"/>
        </w:rPr>
        <w:t>Take Bus Line 8 or the summer water bus to this forested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Hall &amp; Riverboat Dining — </w:t>
      </w:r>
      <w:r>
        <w:rPr>
          <w:rFonts w:ascii="Arial" w:hAnsi="Arial" w:cs="Arial"/>
          <w:b w:val="0"/>
          <w:i w:val="0"/>
          <w:sz w:val="20"/>
        </w:rPr>
        <w:t>Turku's 1896 Market Hall is the food capital of Finland in miniature — try archipelago rye bread with smoked salmon, korvapuusti…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Luostarinmäki Handicrafts Museum — </w:t>
      </w:r>
      <w:r>
        <w:rPr>
          <w:rFonts w:ascii="Arial" w:hAnsi="Arial" w:cs="Arial"/>
          <w:b w:val="0"/>
          <w:i w:val="0"/>
          <w:sz w:val="20"/>
        </w:rPr>
        <w:t>The only wooden quarter to survive Turku's catastrophic 1827 fire.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Aura River Stroll: Castle to Market Square: </w:t>
      </w:r>
      <w:r>
        <w:rPr>
          <w:rFonts w:ascii="Arial" w:hAnsi="Arial" w:cs="Arial"/>
          <w:b w:val="0"/>
          <w:i w:val="0"/>
          <w:sz w:val="20"/>
        </w:rPr>
        <w:t>3 km | 40-50 min | Flat | One-way — Walk the pedestrianized riverbanks from Turku Castle past the Forum Marinum tall ships, floating…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Kakola Hill &amp; Funicular: </w:t>
      </w:r>
      <w:r>
        <w:rPr>
          <w:rFonts w:ascii="Arial" w:hAnsi="Arial" w:cs="Arial"/>
          <w:b w:val="0"/>
          <w:i w:val="0"/>
          <w:sz w:val="20"/>
        </w:rPr>
        <w:t>1 km from city center | 30 min round-trip | Easy — Ride the free glass-walled funicular up to Kakolanmäki — the former maximum-security prison, now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4:50AM–10:06PM · Jul 4:31AM–10:41PM · Sep 6:58AM–7:51PM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cruiseports.org/turku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Turku,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urk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Turku Market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Kupittaa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Turku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Ispoinen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Moomin World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Brahe’s Park / Brahenpuisto / Braheskvären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Aboa Vetus Ars Nova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Lönnrot’s Park / Lönnrotinpuisto / Lönnrotsskvären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