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Tuamotu Islands, French Polynesia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world's largest atoll archipelago delivers pure Robinson Crusoe escapism — coral passes alive with sharks and rays, pink-sand motus, and pearl farms so remote that cruise ships are often the only way in.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(all atolls — no piers) · 🕒 Typical call: 7-9 hrs · 💵 CFP Franc (XPF) — cash only · 🗣️ French &amp; Tahitian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at all atolls; ships anchor inside lagoon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5-10 min from tender pier — villages are tiny and flat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Diving, snorkeling, pearl farms, utter remoteness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Dolphin watching at Tiputa Pass, Blue Lagoon (Rangiroa)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~650–1,500 CFP (– USD) short trips — Formal taxis are extremely rare on most atolls. On cruise days, a few locals may offer rides from the pier for cash. Sho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Tiputa Pass Drift Dive (Rangiroa) — </w:t>
      </w:r>
      <w:r>
        <w:rPr>
          <w:rFonts w:ascii="Arial" w:hAnsi="Arial" w:cs="Arial"/>
          <w:b w:val="0"/>
          <w:i w:val="0"/>
          <w:sz w:val="20"/>
        </w:rPr>
        <w:t>The world-famous pass dive whisks you through a current teeming with hundreds of grey reef sharks, hammerheads, and manta rays.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Lagoon Boat Excursion (Rangiroa) — </w:t>
      </w:r>
      <w:r>
        <w:rPr>
          <w:rFonts w:ascii="Arial" w:hAnsi="Arial" w:cs="Arial"/>
          <w:b w:val="0"/>
          <w:i w:val="0"/>
          <w:sz w:val="20"/>
        </w:rPr>
        <w:t>A 1-hour boat ride to a lagoon inside the lagoon — a turquoise pool ringed by white motus and frequented by baby blacktip reef…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Fakarava Drift Snorkel (Garuae Pass) — </w:t>
      </w:r>
      <w:r>
        <w:rPr>
          <w:rFonts w:ascii="Arial" w:hAnsi="Arial" w:cs="Arial"/>
          <w:b w:val="0"/>
          <w:i w:val="0"/>
          <w:sz w:val="20"/>
        </w:rPr>
        <w:t>Jump from a boat at the ocean entrance to the widest pass in French Polynesia and float effortlessly through a living tunnel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Tahitian Black Pearl Farm Tour — </w:t>
      </w:r>
      <w:r>
        <w:rPr>
          <w:rFonts w:ascii="Arial" w:hAnsi="Arial" w:cs="Arial"/>
          <w:b w:val="0"/>
          <w:i w:val="0"/>
          <w:sz w:val="20"/>
        </w:rPr>
        <w:t>Watch the delicate grafting process at a family-run pearl farm in Rangiroa or Manihi — the birthplace of the cultured Tahitian…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Pink Sand Beaches (Fakarava Sables Roses) — </w:t>
      </w:r>
      <w:r>
        <w:rPr>
          <w:rFonts w:ascii="Arial" w:hAnsi="Arial" w:cs="Arial"/>
          <w:b w:val="0"/>
          <w:i w:val="0"/>
          <w:sz w:val="20"/>
        </w:rPr>
        <w:t>The pink-hued beaches at Fakarava's southern tip glow at sunrise.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Avatoru Village to Tiputa Pass Lookout (Rangiroa): </w:t>
      </w:r>
      <w:r>
        <w:rPr>
          <w:rFonts w:ascii="Arial" w:hAnsi="Arial" w:cs="Arial"/>
          <w:b w:val="0"/>
          <w:i w:val="0"/>
          <w:sz w:val="20"/>
        </w:rPr>
        <w:t>1.5 km · 15-20 min · Flat paved road — Walk the coastal road from Avatoru Pier past local homes, pearl shops, and the blue lagoon.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Rotoava Village Stroll (Fakarava): </w:t>
      </w:r>
      <w:r>
        <w:rPr>
          <w:rFonts w:ascii="Arial" w:hAnsi="Arial" w:cs="Arial"/>
          <w:b w:val="0"/>
          <w:i w:val="0"/>
          <w:sz w:val="20"/>
        </w:rPr>
        <w:t>1-3 km · 20-40 min · Flat — Follow the single paved road from the Rotoava wharf past the seashell-chandelier church and on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Get cash in Papeete. ATMs in Rangiroa and Fakarava run out on cruise days. Tikehau and Manihi have no ATMs at all. XPF is the only accepted currency at most…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Nonos (sand flies) are brutal. Apply heavy DEET repellent before going ashore — their bites itch for days. Avoid sitting directly on the sand and cover up 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Wear water shoes. Beaches are crushed coral, not soft sand. The shallows can hide stonefish and sharp reef — flip-flops aren't adequate.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cruiseports.org/tuamotus-islands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