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Trogir, Dalmatia,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Europe's best-preserved medieval island-towns, Trogir packs a UNESCO World Heritage cathedral, Venetian fortress, and marble labyrinth alleys into a space you can cross in 750 steps.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Small ships dock; large ships tender or call Split · 🕒 Typical call: 6–8 hrs · 💶 Currency: Euro (€) · 🗣️ Language: Croatian · 🏰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ships berth on the Riva (0-min walk); larger ships tender to same dock or call Split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Instant — gangway puts you on the Riva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Game of Thrones fans, leisurely Old Town wandering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St. Lawrence Cathedral's bell tower for 360° views of the islands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€6–€10 — Short taxi rides within Trogir are inexpensive at roughly €6–€10. Official taxis are metered; agree on a fare in advance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Lawrence Cathedral &amp; Bell Tower Climb — </w:t>
      </w:r>
      <w:r>
        <w:rPr>
          <w:rFonts w:ascii="Arial" w:hAnsi="Arial" w:cs="Arial"/>
          <w:b w:val="0"/>
          <w:i w:val="0"/>
          <w:sz w:val="20"/>
        </w:rPr>
        <w:t>Trogir's UNESCO centerpiece features Radovan's Portal — one of the finest Romanesque stone carvings in the Adriatic —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Walking Tour — Alleyways &amp; Squares — </w:t>
      </w:r>
      <w:r>
        <w:rPr>
          <w:rFonts w:ascii="Arial" w:hAnsi="Arial" w:cs="Arial"/>
          <w:b w:val="0"/>
          <w:i w:val="0"/>
          <w:sz w:val="20"/>
        </w:rPr>
        <w:t>Wander the maze of shiny limestone lanes past Gothic balconies, hidden courtyards, the City Loggia, the Land Gate with its…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Kamerlengo Castle — </w:t>
      </w:r>
      <w:r>
        <w:rPr>
          <w:rFonts w:ascii="Arial" w:hAnsi="Arial" w:cs="Arial"/>
          <w:b w:val="0"/>
          <w:i w:val="0"/>
          <w:sz w:val="20"/>
        </w:rPr>
        <w:t>A 15th-century Venetian fortress at the tip of the island, with walkable ramparts and sweeping views over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Okrug Gornji Beach, Čiovo Island — </w:t>
      </w:r>
      <w:r>
        <w:rPr>
          <w:rFonts w:ascii="Arial" w:hAnsi="Arial" w:cs="Arial"/>
          <w:b w:val="0"/>
          <w:i w:val="0"/>
          <w:sz w:val="20"/>
        </w:rPr>
        <w:t>A 2 km pebble stretch across the bridge on Čiovo island, lined with beach bars and water-sports rentals.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Split — </w:t>
      </w:r>
      <w:r>
        <w:rPr>
          <w:rFonts w:ascii="Arial" w:hAnsi="Arial" w:cs="Arial"/>
          <w:b w:val="0"/>
          <w:i w:val="0"/>
          <w:sz w:val="20"/>
        </w:rPr>
        <w:t>Trogir sits 30 km from Split, making a combined visit easy.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Complete Loop: </w:t>
      </w:r>
      <w:r>
        <w:rPr>
          <w:rFonts w:ascii="Arial" w:hAnsi="Arial" w:cs="Arial"/>
          <w:b w:val="0"/>
          <w:i w:val="0"/>
          <w:sz w:val="20"/>
        </w:rPr>
        <w:t>1.5 km · 45–60 min · Easy — From the Riva promenade, enter through the Land Gate, cross the main square past the Cathedral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5:30AM–8:12PM · Jul 5:28AM–8:33PM · Sep 6:34AM–7:04PM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cruiseports.org/trogir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Trogir, Dalmatia,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ogi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Our Lady of Prizidnice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Tvrdic Honey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Kava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Forest Park Marjan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Kula Cambi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Svjetionik Split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Meštrovićeve Crikvine - Kaštilac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MUZEJ GRADA KAŠTELA (Dvorac Vitturi)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