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Trivandrum (Vizhinjam), Kerala,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India's newest deepwater port puts you minutes from Kovalam's crescent beaches and the world's wealthiest temple — where ancient Kerala and a gleaming 21st-century port coexist on the same shoreline.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(deep-water berth) · 🕒 Typical call: 8-10 hrs · 💵 Indian Rupee (INR) · 🗣️ Malayalam / English widely spoken · 🛂 e-Visa required before boarding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Vizhinjam International Seaport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Industrial port; shuttle to gate, then taxi/tuk-tuk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 at Kovalam, temple culture, Kerala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Azhimala Shiva statue, Kovalam Lighthouse Beach, Padmanabhaswamy Temple exterior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₹370–450 (~$4–6 USD) — Pre-paid taxis are available from Vizhinjam port to Trivandrum city center (~14 km, ~15 min). Operators include Trivandr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Kovalam Lighthouse Beach — </w:t>
      </w:r>
      <w:r>
        <w:rPr>
          <w:rFonts w:ascii="Arial" w:hAnsi="Arial" w:cs="Arial"/>
          <w:b w:val="0"/>
          <w:i w:val="0"/>
          <w:sz w:val="20"/>
        </w:rPr>
        <w:t>Three crescent beaches 3 km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Azhimala Shiva Temple &amp; Statue — </w:t>
      </w:r>
      <w:r>
        <w:rPr>
          <w:rFonts w:ascii="Arial" w:hAnsi="Arial" w:cs="Arial"/>
          <w:b w:val="0"/>
          <w:i w:val="0"/>
          <w:sz w:val="20"/>
        </w:rPr>
        <w:t>A 58-foot Shiva statue stands dramatically on a cliff above the Arabian Sea, 7 km south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Sree Padmanabhaswamy Temple Precinct — </w:t>
      </w:r>
      <w:r>
        <w:rPr>
          <w:rFonts w:ascii="Arial" w:hAnsi="Arial" w:cs="Arial"/>
          <w:b w:val="0"/>
          <w:i w:val="0"/>
          <w:sz w:val="20"/>
        </w:rPr>
        <w:t>Exterior of the world's wealthiest temple — gold-plated gopuram towering over a scenic temple tank.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Kuthira Malika (Horse Palace) — </w:t>
      </w:r>
      <w:r>
        <w:rPr>
          <w:rFonts w:ascii="Arial" w:hAnsi="Arial" w:cs="Arial"/>
          <w:b w:val="0"/>
          <w:i w:val="0"/>
          <w:sz w:val="20"/>
        </w:rPr>
        <w:t>A 19th-century royal palace beside the Padmanabhaswamy Temple, with 122 carved wooden horses supporting its roofline.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Napier Museum &amp; Chala Bazaar — </w:t>
      </w:r>
      <w:r>
        <w:rPr>
          <w:rFonts w:ascii="Arial" w:hAnsi="Arial" w:cs="Arial"/>
          <w:b w:val="0"/>
          <w:i w:val="0"/>
          <w:sz w:val="20"/>
        </w:rPr>
        <w:t>The 1880 Napier Museum blends Kerala, Mughal, and Gothic architecture and houses bronze idols and ivory carvings.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Kovalam Lighthouse Beach Stroll: </w:t>
      </w:r>
      <w:r>
        <w:rPr>
          <w:rFonts w:ascii="Arial" w:hAnsi="Arial" w:cs="Arial"/>
          <w:b w:val="0"/>
          <w:i w:val="0"/>
          <w:sz w:val="20"/>
        </w:rPr>
        <w:t>1.5 km • Easy • Beachside — From the Kovalam Beach entrance, walk south past seafood shacks, souvenir stalls, and surf schools…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Vizhinjam Rock-Cut Cave Temple: </w:t>
      </w:r>
      <w:r>
        <w:rPr>
          <w:rFonts w:ascii="Arial" w:hAnsi="Arial" w:cs="Arial"/>
          <w:b w:val="0"/>
          <w:i w:val="0"/>
          <w:sz w:val="20"/>
        </w:rPr>
        <w:t>Short walk • Easy • Ancient — An 8th-century rock-cut temple near the harbor dedicated to Dakshinamurti — one of Kerala's oldest.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6:03AM–6:33PM · Jul 6:11AM–6:45PM · Sep 6:12AM–6:22PM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cruiseports.org/trivandrum-vizhinjam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Trivandrum (Vizhinjam), Kerala,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ivandrum-vizhinj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Napier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Sreekanteswaram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Sree Padmanabhaswamy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Akkulam Tourist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Akbar Travels of India Pvt Ltd - Trivandrum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Pazhaya Sreekanteswaram Shree Mahadeva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Ananthankadu Sree Nagaraja Temple Trust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Keralam - Museum of History and Heritage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