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Trincomalee, Eastern Province, Sri Lanka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great natural harbors, Trincomalee pairs a clifftop Hindu temple and deer-roaming colonial fort with luminous turquoise beaches and the occasional blue whale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(Ashraff Jetty) · 🕒 Typical call: 7-9 hrs · 💵 Sri Lankan Rupee (LKR) · 🗣️ Sinhala / Tamil /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Ashraff Jetty inside Trincomalee Harbour; shuttle to port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 km to Fort Frederick from port gate; tuk-tuk recommended in heat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Temple &amp; fort history, beach day, snorkeling Pigeon Island, whale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Koneswaram Temple on Swami Rock and the free-roaming spotted deer in Fort Frederick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$3–8 — Metered taxis are available near the port area. Rates start around 60 LKR base plus ~50 LKR per km; agree on a price or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Frederick &amp; Koneswaram Temple — </w:t>
      </w:r>
      <w:r>
        <w:rPr>
          <w:rFonts w:ascii="Arial" w:hAnsi="Arial" w:cs="Arial"/>
          <w:b w:val="0"/>
          <w:i w:val="0"/>
          <w:sz w:val="20"/>
        </w:rPr>
        <w:t>Walk through an active military fort built by the Portuguese in 1624, past free-roaming spotted deer, to the clifftop Koneswaram…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Pigeon Island Snorkeling — </w:t>
      </w:r>
      <w:r>
        <w:rPr>
          <w:rFonts w:ascii="Arial" w:hAnsi="Arial" w:cs="Arial"/>
          <w:b w:val="0"/>
          <w:i w:val="0"/>
          <w:sz w:val="20"/>
        </w:rPr>
        <w:t>A marine national park just 1 km off Nilaveli Beach, famous for blacktip reef sharks, sea turtles, and vivid coral.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Whale Watching — </w:t>
      </w:r>
      <w:r>
        <w:rPr>
          <w:rFonts w:ascii="Arial" w:hAnsi="Arial" w:cs="Arial"/>
          <w:b w:val="0"/>
          <w:i w:val="0"/>
          <w:sz w:val="20"/>
        </w:rPr>
        <w:t>Trincomalee's deep offshore canyon is one of the world's best blue whale spots.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Uppuveli Beach Day — </w:t>
      </w:r>
      <w:r>
        <w:rPr>
          <w:rFonts w:ascii="Arial" w:hAnsi="Arial" w:cs="Arial"/>
          <w:b w:val="0"/>
          <w:i w:val="0"/>
          <w:sz w:val="20"/>
        </w:rPr>
        <w:t>Golden sand lined with laid-back cafes and dive shops, just 6 km north of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Kanniya Hot Springs — </w:t>
      </w:r>
      <w:r>
        <w:rPr>
          <w:rFonts w:ascii="Arial" w:hAnsi="Arial" w:cs="Arial"/>
          <w:b w:val="0"/>
          <w:i w:val="0"/>
          <w:sz w:val="20"/>
        </w:rPr>
        <w:t>Seven ancient stone-walled wells, each at a slightly different warm temperature, believed by locals to have therapeutic properties.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Frederick &amp; Swami Rock Loop: </w:t>
      </w:r>
      <w:r>
        <w:rPr>
          <w:rFonts w:ascii="Arial" w:hAnsi="Arial" w:cs="Arial"/>
          <w:b w:val="0"/>
          <w:i w:val="0"/>
          <w:sz w:val="20"/>
        </w:rPr>
        <w:t>1.5 km | Easy | ~1.5 hrs | Free — From the port gate, tuk-tuk or walk to Fort Frederick's main entrance.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Dutch Bay Waterfront Stroll: </w:t>
      </w:r>
      <w:r>
        <w:rPr>
          <w:rFonts w:ascii="Arial" w:hAnsi="Arial" w:cs="Arial"/>
          <w:b w:val="0"/>
          <w:i w:val="0"/>
          <w:sz w:val="20"/>
        </w:rPr>
        <w:t>1 km | Flat | ~30 min | Free — A short waterfront walk along Dutch Bay, the crescent beach in central Trincomalee.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5:46AM–6:16PM · Jul 5:54AM–6:28PM · Sep 5:55AM–6:05PM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cruiseports.org/trincomalee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Trincomalee, Eastern Province, Sri Lanka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incomale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இராவணன் வெட்டு | Rawana Abyss | රාවණා කපොල්ල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Lovers Leap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Orr's Hill Army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Shri Badrakali Amman Hindu Kovil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Velgam Vehera Buddhist Temple | වෙල්ගම් වෙහෙර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View Point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