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Tresco Island, Isles of Scilly,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sub-tropical island 28 miles off Cornwall, Tresco packs world-famous botanical gardens, Caribbean-quality beaches, and 17th-century castles into two walkable miles. Weather-dependent tendering is part of the adventure.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💷 Currency: British Pound (GBP) · 🗣️ Language: English · 🌿 Sub-tropical island, car-free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Carn Near Quay (south) or New Grimsby Quay (west) depending on tide and wind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Abbey Gardens: </w:t>
      </w:r>
      <w:r>
        <w:rPr>
          <w:rFonts w:ascii="Arial" w:hAnsi="Arial" w:cs="Arial"/>
          <w:b w:val="0"/>
          <w:i w:val="0"/>
          <w:sz w:val="20"/>
        </w:rPr>
        <w:t>10-15 min from Carn Near; 20-25 min from New Grimsby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Botanical gardens, white-sand beaches, historic castles, cycling,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Tresco Abbey Garden and Valhalla Museum — 20,000 exotic plant species and salvaged shipwreck figureheads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Tresco Abbey Garden &amp; Valhalla Museum — </w:t>
      </w:r>
      <w:r>
        <w:rPr>
          <w:rFonts w:ascii="Arial" w:hAnsi="Arial" w:cs="Arial"/>
          <w:b w:val="0"/>
          <w:i w:val="0"/>
          <w:sz w:val="20"/>
        </w:rPr>
        <w:t>The island's crown jewel: 17 acres of sub-tropical gardens established in the 1830s, growing 20,000 species from 80 countries…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Cromwell's Castle &amp; King Charles' Castle — </w:t>
      </w:r>
      <w:r>
        <w:rPr>
          <w:rFonts w:ascii="Arial" w:hAnsi="Arial" w:cs="Arial"/>
          <w:b w:val="0"/>
          <w:i w:val="0"/>
          <w:sz w:val="20"/>
        </w:rPr>
        <w:t>Walk the north of the island to two free historic fortifications.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Pentle Bay Beach Day — </w:t>
      </w:r>
      <w:r>
        <w:rPr>
          <w:rFonts w:ascii="Arial" w:hAnsi="Arial" w:cs="Arial"/>
          <w:b w:val="0"/>
          <w:i w:val="0"/>
          <w:sz w:val="20"/>
        </w:rPr>
        <w:t>Rated one of the most beautiful beaches in the world, Pentle Bay on the east coast offers a vast crescent of white 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Squirrel &amp; Seabird Spotting — </w:t>
      </w:r>
      <w:r>
        <w:rPr>
          <w:rFonts w:ascii="Arial" w:hAnsi="Arial" w:cs="Arial"/>
          <w:b w:val="0"/>
          <w:i w:val="0"/>
          <w:sz w:val="20"/>
        </w:rPr>
        <w:t>Tresco has a reintroduced red squirrel population — look up in the pine trees around the Abbey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Island Loop — </w:t>
      </w:r>
      <w:r>
        <w:rPr>
          <w:rFonts w:ascii="Arial" w:hAnsi="Arial" w:cs="Arial"/>
          <w:b w:val="0"/>
          <w:i w:val="0"/>
          <w:sz w:val="20"/>
        </w:rPr>
        <w:t>Hire a bike from Tresco Bike Hire near New Grimsby and cycle the island's gravel and paved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Carn Near to Abbey Garden &amp; Valhalla: </w:t>
      </w:r>
      <w:r>
        <w:rPr>
          <w:rFonts w:ascii="Arial" w:hAnsi="Arial" w:cs="Arial"/>
          <w:b w:val="0"/>
          <w:i w:val="0"/>
          <w:sz w:val="20"/>
        </w:rPr>
        <w:t>1.5 km | Easy | 10-15 min — From the south tender quay at Carn Near, follow the flat gravel path north toward the Abbey Garden…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Grimsby to Cromwell's Castle: </w:t>
      </w:r>
      <w:r>
        <w:rPr>
          <w:rFonts w:ascii="Arial" w:hAnsi="Arial" w:cs="Arial"/>
          <w:b w:val="0"/>
          <w:i w:val="0"/>
          <w:sz w:val="20"/>
        </w:rPr>
        <w:t>2.5 km one way | Moderate | 30-35 min — From New Grimsby Quay head north along the west coast path past Castle Porth Beach to Cromwell's…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Grimsby &amp; Pentle Bay Loop: </w:t>
      </w:r>
      <w:r>
        <w:rPr>
          <w:rFonts w:ascii="Arial" w:hAnsi="Arial" w:cs="Arial"/>
          <w:b w:val="0"/>
          <w:i w:val="0"/>
          <w:sz w:val="20"/>
        </w:rPr>
        <w:t>3 km | Easy-Moderate | 45 min — From the Abbey Garden exit, drop east to Old Grimsby harbour and the Ruin Beach Cafe, then 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5:39AM–9:04PM · Jul 5:33AM–9:28PM · Sep 7:01AM–7:38PM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cruiseports.org/tresco-island-england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Tresco Island, Isles of Scilly,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esco-island-eng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Cromwell's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Heritage Coast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Bant's Carn Burial Chamber and Halangy Down Ancient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Garrison Walls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Carreg Dhu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