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Trelleborg, Skåne,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Sweden's City of Palms hides a 10th-century Viking fortress right in its center — and the continent is barely an hour away by train. A compact, walkable port with easy access to Malmö and Copenhagen.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💳 Cashless (card/contactless only) · 🗣️ Swedish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Ferry Berth 10 or 14, adjacent to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on foot to Rådhustorget (Town Hall Square)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Viking history, day trips to Malmö &amp; Copenhagen, relaxed Swedish towns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Trelleborgen Viking fortress reconstruction and the summer palm promenade on Strandgatan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44-100 SEK (~$4-10 USD) — Taxis are available outside the terminal. The short distance to the center means fares rarely exceed 100 SEK; the base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Trelleborgen Viking Ring Fortress — </w:t>
      </w:r>
      <w:r>
        <w:rPr>
          <w:rFonts w:ascii="Arial" w:hAnsi="Arial" w:cs="Arial"/>
          <w:b w:val="0"/>
          <w:i w:val="0"/>
          <w:sz w:val="20"/>
        </w:rPr>
        <w:t>A reconstructed quarter of the original 980 AD ring fortress built by King Harald Bluetooth, complete with a wooden palisade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Malmö — </w:t>
      </w:r>
      <w:r>
        <w:rPr>
          <w:rFonts w:ascii="Arial" w:hAnsi="Arial" w:cs="Arial"/>
          <w:b w:val="0"/>
          <w:i w:val="0"/>
          <w:sz w:val="20"/>
        </w:rPr>
        <w:t>Board a direct train for 30 minutes to Sweden's third-largest city: the futuristic Turning Torso, historic Malmöhus Castle,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Copenhagen — </w:t>
      </w:r>
      <w:r>
        <w:rPr>
          <w:rFonts w:ascii="Arial" w:hAnsi="Arial" w:cs="Arial"/>
          <w:b w:val="0"/>
          <w:i w:val="0"/>
          <w:sz w:val="20"/>
        </w:rPr>
        <w:t>Take the train to Malmö and continue over the iconic Öresund Bridge into Copenhagen — Nyhavn, Tivoli Gardens, and the Little…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Smygehuk — Sweden's Southernmost Point — </w:t>
      </w:r>
      <w:r>
        <w:rPr>
          <w:rFonts w:ascii="Arial" w:hAnsi="Arial" w:cs="Arial"/>
          <w:b w:val="0"/>
          <w:i w:val="0"/>
          <w:sz w:val="20"/>
        </w:rPr>
        <w:t>A scenic rocky peninsula with a classic lighthouse, a small fishing harbour, and the fish smokery Smyge Rökeri — the perfect spot…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Dalabadet Beach — </w:t>
      </w:r>
      <w:r>
        <w:rPr>
          <w:rFonts w:ascii="Arial" w:hAnsi="Arial" w:cs="Arial"/>
          <w:b w:val="0"/>
          <w:i w:val="0"/>
          <w:sz w:val="20"/>
        </w:rPr>
        <w:t>A sandy beach 3 km east of port with a bathing jetty, volleyball court, and café.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Viking Fortress Loop: </w:t>
      </w:r>
      <w:r>
        <w:rPr>
          <w:rFonts w:ascii="Arial" w:hAnsi="Arial" w:cs="Arial"/>
          <w:b w:val="0"/>
          <w:i w:val="0"/>
          <w:sz w:val="20"/>
        </w:rPr>
        <w:t>1.5 km · 25 min · Flat — Walk from the cruise berth through the palm-lined Strandgatan promenade, past Rådhustorget (Town…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Walk to Dalabadet Beach: </w:t>
      </w:r>
      <w:r>
        <w:rPr>
          <w:rFonts w:ascii="Arial" w:hAnsi="Arial" w:cs="Arial"/>
          <w:b w:val="0"/>
          <w:i w:val="0"/>
          <w:sz w:val="20"/>
        </w:rPr>
        <w:t>3 km · 35 min one-way · Flat coastal path — Head east along the seafront from the port following the coastal path to Dalabadet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4:57AM–9:10PM · Jul 4:46AM–9:38PM · Sep 6:40AM–7:23PM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cruiseports.org/trelleborg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Trelleborg, Skåne,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ellebo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Trelleborg City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Trelleborgs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Nature reserve Maglarps sandpit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Foteviken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amber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Trelleborgen Viking Fort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Kopmansmagasinet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