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Třebenice (Slapy), Bohemia, Czech Republic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river landing on the Vltava just below the Slapy Dam where historic Prague steamboats tie up long enough for passengers to hike wooded river bluffs, visit a century-old tramp pub, and watch herons work the shallows.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dock (small boat landing) · 🕒 Typical call: 2–3 hrs · 💵 Czech Koruna (CZK) · 🗣️ Czech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at Slapy–Třebenice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pub: </w:t>
      </w:r>
      <w:r>
        <w:rPr>
          <w:rFonts w:ascii="Arial" w:hAnsi="Arial" w:cs="Arial"/>
          <w:b w:val="0"/>
          <w:i w:val="0"/>
          <w:sz w:val="20"/>
        </w:rPr>
        <w:t>~10 min from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Hiking · Czech tramp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Hospoda U Taterů &amp; Vyhlídka Máj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CZK 1,200–1,700 (~$55–80 USD) — The most practical option. Book through AAA Radiotaxi or similar Prague taxi apps before your cruise day; the ~40 km dri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Hospoda U Taterů — Legendary Tramp Pub — </w:t>
      </w:r>
      <w:r>
        <w:rPr>
          <w:rFonts w:ascii="Arial" w:hAnsi="Arial" w:cs="Arial"/>
          <w:b w:val="0"/>
          <w:i w:val="0"/>
          <w:sz w:val="20"/>
        </w:rPr>
        <w:t>A century-old pub in Staré Třebenice that has been the beating heart of Czech tramp culture — the tradition of weekend hiking…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Vyhlídka Máj — Panoramic Vltava Viewpoint — </w:t>
      </w:r>
      <w:r>
        <w:rPr>
          <w:rFonts w:ascii="Arial" w:hAnsi="Arial" w:cs="Arial"/>
          <w:b w:val="0"/>
          <w:i w:val="0"/>
          <w:sz w:val="20"/>
        </w:rPr>
        <w:t>A demanding but rewarding hike from Třebenice along the Třeblová valley to the Máj viewpoint, which looks down on the Vltava's…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Slapy Dam &amp; Reservoir Walk — </w:t>
      </w:r>
      <w:r>
        <w:rPr>
          <w:rFonts w:ascii="Arial" w:hAnsi="Arial" w:cs="Arial"/>
          <w:b w:val="0"/>
          <w:i w:val="0"/>
          <w:sz w:val="20"/>
        </w:rPr>
        <w:t>The Slapy Dam (1949–1955) is a major hydroelectric structure forming one of the Vltava Cascade's key reservoirs.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Riverside Relaxation &amp; Swimming — </w:t>
      </w:r>
      <w:r>
        <w:rPr>
          <w:rFonts w:ascii="Arial" w:hAnsi="Arial" w:cs="Arial"/>
          <w:b w:val="0"/>
          <w:i w:val="0"/>
          <w:sz w:val="20"/>
        </w:rPr>
        <w:t>The Slapy Reservoir is a popular summer swimming destination for Czechs.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Hospoda U Taterů: </w:t>
      </w:r>
      <w:r>
        <w:rPr>
          <w:rFonts w:ascii="Arial" w:hAnsi="Arial" w:cs="Arial"/>
          <w:b w:val="0"/>
          <w:i w:val="0"/>
          <w:sz w:val="20"/>
        </w:rPr>
        <w:t>~0.8 km · 10 min · easy — A short walk uphill from the river landing into Třebenice village, following the road to the tramp…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Towards Vyhlídka Máj (partial): </w:t>
      </w:r>
      <w:r>
        <w:rPr>
          <w:rFonts w:ascii="Arial" w:hAnsi="Arial" w:cs="Arial"/>
          <w:b w:val="0"/>
          <w:i w:val="0"/>
          <w:sz w:val="20"/>
        </w:rPr>
        <w:t>~4–5 km one-way · 1.5–2.5 hrs · moderate — From the landing, follow the Třeblová stream valley southeast into the forest toward the Máj…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5:16AM–8:45PM · Jul 5:09AM–9:09PM · Sep 6:40AM–7:17PM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cruiseports.org/trebenice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Třebenice (Slapy), Bohemia, Czech Republic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ebenic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Přehrada Štěchovice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Military History Institute in Prague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Zbořený Kostelec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Mníšek pod Brdy Chateau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Trapistický Klášter Naší Paní nad Vltavou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Ski Resort Chotouň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Týnec nad Sázavou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