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Travemünde/Lübeck, Schleswig-Holstein,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Lübeck's UNESCO-listed Hanseatic old town, Travemünde combines a lively Baltic resort promenade with quick rail access to one of Germany's most intact medieval cities — famed for brick-Gothic churches, hidden courtyards, and the world's best marzipan.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(Ostpreußenkai — most ships) · 🕒 Typical call: 8-10 hrs · 💶 Euro (€) · 🗣️ German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Ostpreußenkai (central Travemünde) for small-mid ships; Skandinavienkai (industrial, shuttle needed) for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Ostpreußenkai — promenade is right at the gangway; ~20 km to Lübeck (20 min by train)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lovers, foodies, architecture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Café Niederegger marzipan in Lübeck; Holstentor Gate; fresh Fischbrötchen at the fish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€35–€55 — Taxis available at the port; ride to Lübeck city center takes ~19–22 minutes (~16–21 km). Pre-booked private transfers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Lübeck Old Town Walking Tour — </w:t>
      </w:r>
      <w:r>
        <w:rPr>
          <w:rFonts w:ascii="Arial" w:hAnsi="Arial" w:cs="Arial"/>
          <w:b w:val="0"/>
          <w:i w:val="0"/>
          <w:sz w:val="20"/>
        </w:rPr>
        <w:t>Explore the UNESCO World Heritage city — the Holstentor gate,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European Hansemuseum — </w:t>
      </w:r>
      <w:r>
        <w:rPr>
          <w:rFonts w:ascii="Arial" w:hAnsi="Arial" w:cs="Arial"/>
          <w:b w:val="0"/>
          <w:i w:val="0"/>
          <w:sz w:val="20"/>
        </w:rPr>
        <w:t>The world's largest museum on the Hanseatic League — immersive, modern, and genuinely fascinating.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Travemünde Beach Day — </w:t>
      </w:r>
      <w:r>
        <w:rPr>
          <w:rFonts w:ascii="Arial" w:hAnsi="Arial" w:cs="Arial"/>
          <w:b w:val="0"/>
          <w:i w:val="0"/>
          <w:sz w:val="20"/>
        </w:rPr>
        <w:t>Wide, fine-sand Baltic beach just a 15-minute walk from the cruise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Ship Passat — </w:t>
      </w:r>
      <w:r>
        <w:rPr>
          <w:rFonts w:ascii="Arial" w:hAnsi="Arial" w:cs="Arial"/>
          <w:b w:val="0"/>
          <w:i w:val="0"/>
          <w:sz w:val="20"/>
        </w:rPr>
        <w:t>The legendary 1911 four-masted steel barque moored on the Priwall peninsula — one of the last Flying P-Liners.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 Harbor &amp; Fischbrötchen Lunch — </w:t>
      </w:r>
      <w:r>
        <w:rPr>
          <w:rFonts w:ascii="Arial" w:hAnsi="Arial" w:cs="Arial"/>
          <w:b w:val="0"/>
          <w:i w:val="0"/>
          <w:sz w:val="20"/>
        </w:rPr>
        <w:t>Travemünde's Fischereihafen (fishermen's harbor) is steps from the pier.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Travemünde Harbor Promenade &amp; Beach Walk: </w:t>
      </w:r>
      <w:r>
        <w:rPr>
          <w:rFonts w:ascii="Arial" w:hAnsi="Arial" w:cs="Arial"/>
          <w:b w:val="0"/>
          <w:i w:val="0"/>
          <w:sz w:val="20"/>
        </w:rPr>
        <w:t>2.5 km · 30-40 min · Easy · Flat — From the cruise pier, stroll the Vorderreihe promenade past cafes and historic buildings, stop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Lübeck Old Town Loop: </w:t>
      </w:r>
      <w:r>
        <w:rPr>
          <w:rFonts w:ascii="Arial" w:hAnsi="Arial" w:cs="Arial"/>
          <w:b w:val="0"/>
          <w:i w:val="0"/>
          <w:sz w:val="20"/>
        </w:rPr>
        <w:t>3 km · 1.5-2 hrs · Easy · Cobblestones — From Lübeck Hauptbahnhof walk over the Puppenbrücke to the Holstentor, along Holstenstraße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5:14AM–9:12PM · Jul 5:04AM–9:39PM · Sep 6:50AM–7:31PM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cruiseports.org/travemunde-lubeck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Travemünde/Lübeck, Schleswig-Holstein,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avemunde-lubec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Passat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Lighthouse Travemünde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Hansa-Park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Bird Park Niendorf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Karls Erlebnis-Dorf - Warnsdorf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Tigerpark Dassow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Seebrücke Niendorf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Industriemuseum Herrenwyk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