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Træna, Helgeland,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Norway's most remote port calls — a tiny Arctic Circle archipelago of 400+ islands where Stone Age hunters once sheltered in sea caves now used for legendary music festivals. Fewer than 450 people call Træna home year-round.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💳 Card accepted everywhere (NOK) · 🗣️ Norwegian · 🧭 Expedition/small ship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 Husøy; small boats bring you to the harbor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tender pier; all of Husøy walkable in 20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Geology, Stone Age history, Arctic scenery, music festival (July)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Kirkehelleren Cave on Sanna — a 9,000-year-old natural cathedral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Kirkehelleren Cave, Sanna — </w:t>
      </w:r>
      <w:r>
        <w:rPr>
          <w:rFonts w:ascii="Arial" w:hAnsi="Arial" w:cs="Arial"/>
          <w:b w:val="0"/>
          <w:i w:val="0"/>
          <w:sz w:val="20"/>
        </w:rPr>
        <w:t>A colossal sea cave on Sanna island where archaeological digs have uncovered human remains dating back 9,000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NATO Tunnel &amp; Gompen Peak — </w:t>
      </w:r>
      <w:r>
        <w:rPr>
          <w:rFonts w:ascii="Arial" w:hAnsi="Arial" w:cs="Arial"/>
          <w:b w:val="0"/>
          <w:i w:val="0"/>
          <w:sz w:val="20"/>
        </w:rPr>
        <w:t>Walk through a pitch-black 300-metre hand-carved tunnel inside Sanna mountain to reach a NATO radar station and a panoramic 360°…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Træna Museum &amp; The Hawaii Connection — </w:t>
      </w:r>
      <w:r>
        <w:rPr>
          <w:rFonts w:ascii="Arial" w:hAnsi="Arial" w:cs="Arial"/>
          <w:b w:val="0"/>
          <w:i w:val="0"/>
          <w:sz w:val="20"/>
        </w:rPr>
        <w:t>A small but fascinating museum in Husøy covering 9,000 years of island life — from Stone Age seal hunters to a local man who…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Kvitingen Beach &amp; Arctic Swimming — </w:t>
      </w:r>
      <w:r>
        <w:rPr>
          <w:rFonts w:ascii="Arial" w:hAnsi="Arial" w:cs="Arial"/>
          <w:b w:val="0"/>
          <w:i w:val="0"/>
          <w:sz w:val="20"/>
        </w:rPr>
        <w:t>White-sand beaches with turquoise water on Sanna island that look almost tropical — but the water is a bracing 8–12°C (46–54°F).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Arctic Sauna on the Ocean — </w:t>
      </w:r>
      <w:r>
        <w:rPr>
          <w:rFonts w:ascii="Arial" w:hAnsi="Arial" w:cs="Arial"/>
          <w:b w:val="0"/>
          <w:i w:val="0"/>
          <w:sz w:val="20"/>
        </w:rPr>
        <w:t>Træna's glass-fronted harborside sauna sits in a converted old boathouse on Husøy.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Husøy Village Loop: </w:t>
      </w:r>
      <w:r>
        <w:rPr>
          <w:rFonts w:ascii="Arial" w:hAnsi="Arial" w:cs="Arial"/>
          <w:b w:val="0"/>
          <w:i w:val="0"/>
          <w:sz w:val="20"/>
        </w:rPr>
        <w:t>⏱ 30-45 min · 🚶 Easy, flat · 📍 Starts at tender pier — A leisurely circuit of the main island, taking in the harbor, Petter Dass Chapel, Træna Museum…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Sanna: Ferry Pier to Kirkehelleren Cave: </w:t>
      </w:r>
      <w:r>
        <w:rPr>
          <w:rFonts w:ascii="Arial" w:hAnsi="Arial" w:cs="Arial"/>
          <w:b w:val="0"/>
          <w:i w:val="0"/>
          <w:sz w:val="20"/>
        </w:rPr>
        <w:t>⏱ 30-40 min return · 🚶 Easy, gravel path · 📍 From Sanna ferry landing — From the Sanna ferry pier, a well-marked gravel path (roughly 1.2 km / 0.7 miles) leads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up, always. Even in July, Atlantic winds at Træna can be biting. A windproof/waterproof jacket, hat, and sturdy walking shoes are essential.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Sanna fills up fast. If your cruise line offers a Sanna excursion, book it. If going independently, check the local Torghatten Nord ferry schedule immediately…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a flashlight for the Sanna tunnel. The 300-metre NATO tunnel inside the mountain is completely unlit. Your phone torch works — just make sure it's…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cruiseports.org/traena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