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Tortola, British Virgin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largest of the British Virgin Islands, Tortola pairs a lively pier-side scene with easy escapes to powder-sand beaches, lush national park trails, and the boulder-strewn Baths of Virgin Gorda just a short ferry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(most ships) — tender if 3+ ships in port · 🕒 Typical call: 7–9 hrs · 💵 Currency: US Dollar · 🗣️ Language: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Cyril B. Romney Pier Park, Road Town — 2 berths, up to 180,000 GT; overflow ships anchor &amp;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Road Town Main Street from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island hopping to Virgin Gorda &amp; Jost Van Dyke, snorkeling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Baths on Virgin Gorda — book the ferry excursion early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$8–$12 per person — Regulated shared taxis (open-air safari-style vans) wait at the pier. Fares are set per person by destination — Cane Gar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Baths, Virgin Gorda — </w:t>
      </w:r>
      <w:r>
        <w:rPr>
          <w:rFonts w:ascii="Arial" w:hAnsi="Arial" w:cs="Arial"/>
          <w:b w:val="0"/>
          <w:i w:val="0"/>
          <w:sz w:val="20"/>
        </w:rPr>
        <w:t>Massive granite boulders tumbled along the shore form sea-lit grottoes, tidal pools, and a hidden beach at Devil's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Cane Garden Bay Beach — </w:t>
      </w:r>
      <w:r>
        <w:rPr>
          <w:rFonts w:ascii="Arial" w:hAnsi="Arial" w:cs="Arial"/>
          <w:b w:val="0"/>
          <w:i w:val="0"/>
          <w:sz w:val="20"/>
        </w:rPr>
        <w:t>Tortola's most popular beach — calm turquoise water, soft sand, beach bars, and watersports rentals.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Jost Van Dyke Day Trip — </w:t>
      </w:r>
      <w:r>
        <w:rPr>
          <w:rFonts w:ascii="Arial" w:hAnsi="Arial" w:cs="Arial"/>
          <w:b w:val="0"/>
          <w:i w:val="0"/>
          <w:sz w:val="20"/>
        </w:rPr>
        <w:t>Hop a boat to this tiny island for White Bay beach and the famous Bubbly Pool — a natural jacuzzi formed by waves crashing over…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Sage Mountain National Park Hike — </w:t>
      </w:r>
      <w:r>
        <w:rPr>
          <w:rFonts w:ascii="Arial" w:hAnsi="Arial" w:cs="Arial"/>
          <w:b w:val="0"/>
          <w:i w:val="0"/>
          <w:sz w:val="20"/>
        </w:rPr>
        <w:t>A short trail through mahogany forest leads to the highest point in the Virgin Islands (1,716 ft) with sweeping views over both…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&amp; Catamaran Sail — </w:t>
      </w:r>
      <w:r>
        <w:rPr>
          <w:rFonts w:ascii="Arial" w:hAnsi="Arial" w:cs="Arial"/>
          <w:b w:val="0"/>
          <w:i w:val="0"/>
          <w:sz w:val="20"/>
        </w:rPr>
        <w:t>Catamaran tours circle Tortola stopping at Smuggler's Cove and other clear-water reef sites.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Road Town Waterfront &amp; Main Street: </w:t>
      </w:r>
      <w:r>
        <w:rPr>
          <w:rFonts w:ascii="Arial" w:hAnsi="Arial" w:cs="Arial"/>
          <w:b w:val="0"/>
          <w:i w:val="0"/>
          <w:sz w:val="20"/>
        </w:rPr>
        <w:t>~1 hr | Flat | Easy — Exit the pier into Pier Park, then walk north along the waterfront toward the Ferry Terminal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5:44AM–6:44PM · Jul 5:50AM–6:58PM · Sep 6:06AM–6:20PM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cruiseports.org/tortola-island-bvi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Tortola, British Virgin Islands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rtola-island-bv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Government House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Carolina Corral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Queen Elizabeth II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Annaberg Sugar Plantation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Cyril B. Romney Tortola Pier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J.R. O'Neal Botanical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Bubbly Pool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